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E2FC" w14:textId="77777777" w:rsidR="00116924" w:rsidRDefault="00000000">
      <w:pPr>
        <w:pStyle w:val="aa"/>
        <w:rPr>
          <w:lang w:eastAsia="zh-CN"/>
        </w:rPr>
      </w:pPr>
      <w:r>
        <w:rPr>
          <w:lang w:eastAsia="zh-CN"/>
        </w:rPr>
        <w:t>林俊杰</w:t>
      </w:r>
      <w:r>
        <w:rPr>
          <w:lang w:eastAsia="zh-CN"/>
        </w:rPr>
        <w:t xml:space="preserve"> Day2 </w:t>
      </w:r>
      <w:r>
        <w:rPr>
          <w:lang w:eastAsia="zh-CN"/>
        </w:rPr>
        <w:t>测试报告</w:t>
      </w:r>
    </w:p>
    <w:p w14:paraId="529B96CB" w14:textId="77777777" w:rsidR="00116924" w:rsidRDefault="00000000">
      <w:pPr>
        <w:rPr>
          <w:lang w:eastAsia="zh-CN"/>
        </w:rPr>
      </w:pPr>
      <w:r>
        <w:rPr>
          <w:lang w:eastAsia="zh-CN"/>
        </w:rPr>
        <w:t>NULL 团队　林俊杰　102400119　QA／测试</w:t>
      </w:r>
    </w:p>
    <w:p w14:paraId="35F4BAE5" w14:textId="6DBEBE34" w:rsidR="00116924" w:rsidRDefault="00000000">
      <w:pPr>
        <w:rPr>
          <w:lang w:eastAsia="zh-CN"/>
        </w:rPr>
      </w:pPr>
      <w:r>
        <w:rPr>
          <w:lang w:eastAsia="zh-CN"/>
        </w:rPr>
        <w:t xml:space="preserve">被测版本：master ff554d8　　</w:t>
      </w:r>
    </w:p>
    <w:p w14:paraId="08B2B22B" w14:textId="77777777" w:rsidR="00116924" w:rsidRDefault="00000000">
      <w:pPr>
        <w:rPr>
          <w:lang w:eastAsia="zh-CN"/>
        </w:rPr>
      </w:pPr>
      <w:r>
        <w:rPr>
          <w:lang w:eastAsia="zh-CN"/>
        </w:rPr>
        <w:t>测试对象：播放控制器、Step校验、代码同步组件及两个演示页面。Mock仅用于验证模块行为与数据兼容性。</w:t>
      </w:r>
    </w:p>
    <w:p w14:paraId="4A69E054" w14:textId="77777777" w:rsidR="00116924" w:rsidRDefault="00000000">
      <w:proofErr w:type="spellStart"/>
      <w:r>
        <w:t>环境：Node</w:t>
      </w:r>
      <w:proofErr w:type="spellEnd"/>
      <w:r>
        <w:t xml:space="preserve"> v24.22.1；Windows 10.0.26300 x64；Edge 155.0.4283.62；Playwright 1.62.1；1440×1100，headless。</w:t>
      </w:r>
    </w:p>
    <w:p w14:paraId="5ACFE602" w14:textId="77777777" w:rsidR="00116924" w:rsidRDefault="00000000">
      <w:pPr>
        <w:pStyle w:val="1"/>
      </w:pPr>
      <w:r>
        <w:t>运行结果汇总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814"/>
        <w:gridCol w:w="1701"/>
        <w:gridCol w:w="2268"/>
        <w:gridCol w:w="4706"/>
      </w:tblGrid>
      <w:tr w:rsidR="00116924" w14:paraId="1FB4DE2E" w14:textId="77777777">
        <w:trPr>
          <w:cantSplit/>
          <w:tblHeader/>
          <w:jc w:val="center"/>
        </w:trPr>
        <w:tc>
          <w:tcPr>
            <w:tcW w:w="4535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B7BF5A" w14:textId="77777777" w:rsidR="00116924" w:rsidRDefault="00000000">
            <w:pPr>
              <w:spacing w:after="0"/>
              <w:jc w:val="center"/>
            </w:pPr>
            <w:r>
              <w:rPr>
                <w:b/>
                <w:sz w:val="22"/>
              </w:rPr>
              <w:t>检查类别</w:t>
            </w:r>
          </w:p>
        </w:tc>
        <w:tc>
          <w:tcPr>
            <w:tcW w:w="1814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34DDB9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通过</w:t>
            </w:r>
          </w:p>
        </w:tc>
        <w:tc>
          <w:tcPr>
            <w:tcW w:w="1701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F2AF021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失败</w:t>
            </w:r>
          </w:p>
        </w:tc>
        <w:tc>
          <w:tcPr>
            <w:tcW w:w="226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4AE760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跳过／阻塞</w:t>
            </w:r>
          </w:p>
        </w:tc>
        <w:tc>
          <w:tcPr>
            <w:tcW w:w="470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9B08FE" w14:textId="77777777" w:rsidR="00116924" w:rsidRDefault="00000000">
            <w:pPr>
              <w:spacing w:after="0"/>
            </w:pPr>
            <w:r>
              <w:rPr>
                <w:b/>
                <w:sz w:val="22"/>
              </w:rPr>
              <w:t>退出码</w:t>
            </w:r>
          </w:p>
        </w:tc>
      </w:tr>
      <w:tr w:rsidR="00116924" w14:paraId="62E9966D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BC3F62" w14:textId="77777777" w:rsidR="00116924" w:rsidRDefault="00000000">
            <w:pPr>
              <w:spacing w:after="0"/>
              <w:jc w:val="center"/>
            </w:pPr>
            <w:r>
              <w:rPr>
                <w:sz w:val="22"/>
              </w:rPr>
              <w:t>原有播放器 20项测试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D8870A" w14:textId="77777777" w:rsidR="00116924" w:rsidRDefault="00000000">
            <w:pPr>
              <w:spacing w:after="0"/>
            </w:pPr>
            <w:r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C16EF6" w14:textId="77777777" w:rsidR="00116924" w:rsidRDefault="00000000">
            <w:pPr>
              <w:spacing w:after="0"/>
            </w:pPr>
            <w:r>
              <w:rPr>
                <w:sz w:val="22"/>
              </w:rPr>
              <w:t>0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CAB585" w14:textId="77777777" w:rsidR="00116924" w:rsidRDefault="00000000">
            <w:pPr>
              <w:spacing w:after="0"/>
            </w:pPr>
            <w:r>
              <w:rPr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A2AD93" w14:textId="77777777" w:rsidR="00116924" w:rsidRDefault="00000000">
            <w:pPr>
              <w:spacing w:after="0"/>
            </w:pPr>
            <w:r>
              <w:rPr>
                <w:sz w:val="22"/>
              </w:rPr>
              <w:t>0</w:t>
            </w:r>
          </w:p>
        </w:tc>
      </w:tr>
      <w:tr w:rsidR="00116924" w14:paraId="156FCE79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3CAC04" w14:textId="77777777" w:rsidR="00116924" w:rsidRDefault="00000000">
            <w:pPr>
              <w:spacing w:after="0"/>
              <w:jc w:val="center"/>
            </w:pPr>
            <w:r>
              <w:rPr>
                <w:sz w:val="22"/>
              </w:rPr>
              <w:t>原有代码同步 35条断言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9FD5D1" w14:textId="77777777" w:rsidR="00116924" w:rsidRDefault="00000000">
            <w:pPr>
              <w:spacing w:after="0"/>
            </w:pPr>
            <w:r>
              <w:rPr>
                <w:sz w:val="22"/>
              </w:rPr>
              <w:t>35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DA8DE4" w14:textId="77777777" w:rsidR="00116924" w:rsidRDefault="00000000">
            <w:pPr>
              <w:spacing w:after="0"/>
            </w:pPr>
            <w:r>
              <w:rPr>
                <w:sz w:val="22"/>
              </w:rPr>
              <w:t>0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822AEF" w14:textId="77777777" w:rsidR="00116924" w:rsidRDefault="00000000">
            <w:pPr>
              <w:spacing w:after="0"/>
            </w:pPr>
            <w:r>
              <w:rPr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B5FB20" w14:textId="77777777" w:rsidR="00116924" w:rsidRDefault="00000000">
            <w:pPr>
              <w:spacing w:after="0"/>
            </w:pPr>
            <w:r>
              <w:rPr>
                <w:sz w:val="22"/>
              </w:rPr>
              <w:t>0</w:t>
            </w:r>
          </w:p>
        </w:tc>
      </w:tr>
      <w:tr w:rsidR="00116924" w14:paraId="6302BBC9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50B53F" w14:textId="77777777" w:rsidR="00116924" w:rsidRDefault="00000000">
            <w:pPr>
              <w:spacing w:after="0"/>
              <w:jc w:val="center"/>
            </w:pPr>
            <w:r>
              <w:rPr>
                <w:sz w:val="22"/>
              </w:rPr>
              <w:t>新增 QA 33项测试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46220F" w14:textId="77777777" w:rsidR="00116924" w:rsidRDefault="00000000">
            <w:pPr>
              <w:spacing w:after="0"/>
            </w:pPr>
            <w:r>
              <w:rPr>
                <w:sz w:val="22"/>
              </w:rPr>
              <w:t>31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9549C7" w14:textId="77777777" w:rsidR="00116924" w:rsidRDefault="00000000">
            <w:pPr>
              <w:spacing w:after="0"/>
            </w:pPr>
            <w:r>
              <w:rPr>
                <w:sz w:val="22"/>
              </w:rPr>
              <w:t>2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F3C3733" w14:textId="77777777" w:rsidR="00116924" w:rsidRDefault="00000000">
            <w:pPr>
              <w:spacing w:after="0"/>
            </w:pPr>
            <w:r>
              <w:rPr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1E8C8C" w14:textId="77777777" w:rsidR="00116924" w:rsidRDefault="00000000">
            <w:pPr>
              <w:spacing w:after="0"/>
            </w:pPr>
            <w:r>
              <w:rPr>
                <w:sz w:val="22"/>
              </w:rPr>
              <w:t>1</w:t>
            </w:r>
          </w:p>
        </w:tc>
      </w:tr>
      <w:tr w:rsidR="00116924" w14:paraId="22F220CA" w14:textId="77777777">
        <w:trPr>
          <w:cantSplit/>
          <w:jc w:val="center"/>
        </w:trPr>
        <w:tc>
          <w:tcPr>
            <w:tcW w:w="4535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EB018E" w14:textId="77777777" w:rsidR="00116924" w:rsidRDefault="00000000">
            <w:pPr>
              <w:spacing w:after="0"/>
              <w:jc w:val="center"/>
            </w:pPr>
            <w:r>
              <w:rPr>
                <w:sz w:val="22"/>
              </w:rPr>
              <w:t>浏览器 13项测试</w:t>
            </w:r>
          </w:p>
        </w:tc>
        <w:tc>
          <w:tcPr>
            <w:tcW w:w="1814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A7A83D" w14:textId="77777777" w:rsidR="00116924" w:rsidRDefault="00000000">
            <w:pPr>
              <w:spacing w:after="0"/>
            </w:pPr>
            <w:r>
              <w:rPr>
                <w:sz w:val="22"/>
              </w:rPr>
              <w:t>12</w:t>
            </w:r>
          </w:p>
        </w:tc>
        <w:tc>
          <w:tcPr>
            <w:tcW w:w="1701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EEDE52E" w14:textId="77777777" w:rsidR="00116924" w:rsidRDefault="00000000">
            <w:pPr>
              <w:spacing w:after="0"/>
            </w:pPr>
            <w:r>
              <w:rPr>
                <w:sz w:val="22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7DF852" w14:textId="77777777" w:rsidR="00116924" w:rsidRDefault="00000000">
            <w:pPr>
              <w:spacing w:after="0"/>
            </w:pPr>
            <w:r>
              <w:rPr>
                <w:sz w:val="22"/>
              </w:rPr>
              <w:t>0／0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AC16C3" w14:textId="77777777" w:rsidR="00116924" w:rsidRDefault="00000000">
            <w:pPr>
              <w:spacing w:after="0"/>
            </w:pPr>
            <w:r>
              <w:rPr>
                <w:sz w:val="22"/>
              </w:rPr>
              <w:t>1</w:t>
            </w:r>
          </w:p>
        </w:tc>
      </w:tr>
    </w:tbl>
    <w:p w14:paraId="3DE0B914" w14:textId="77777777" w:rsidR="00116924" w:rsidRDefault="00000000">
      <w:pPr>
        <w:rPr>
          <w:lang w:eastAsia="zh-CN"/>
        </w:rPr>
      </w:pPr>
      <w:r>
        <w:rPr>
          <w:lang w:eastAsia="zh-CN"/>
        </w:rPr>
        <w:t>合计66项测试：63通过、3失败、0跳过、0阻塞；另有35条自测断言通过。测试主入口退出1，失败结果保留。</w:t>
      </w:r>
    </w:p>
    <w:p w14:paraId="712909FB" w14:textId="77777777" w:rsidR="00116924" w:rsidRDefault="00000000">
      <w:pPr>
        <w:rPr>
          <w:lang w:eastAsia="zh-CN"/>
        </w:rPr>
      </w:pPr>
      <w:r>
        <w:rPr>
          <w:lang w:eastAsia="zh-CN"/>
        </w:rPr>
        <w:t>确认缺陷：V14 空快照接受高亮下标0；C07 播放中调速未立即通知订阅者；B01 默认演示地址跳过初始状态。建议负责人：邹毅轩。</w:t>
      </w:r>
    </w:p>
    <w:p w14:paraId="4E70DA98" w14:textId="77777777" w:rsidR="00116924" w:rsidRDefault="00000000">
      <w:pPr>
        <w:rPr>
          <w:lang w:eastAsia="zh-CN"/>
        </w:rPr>
      </w:pPr>
      <w:r>
        <w:rPr>
          <w:lang w:eastAsia="zh-CN"/>
        </w:rPr>
        <w:t>执行入口：Run-Day2.ps1；完整参数见README。证据：reports/</w:t>
      </w:r>
      <w:proofErr w:type="spellStart"/>
      <w:r>
        <w:rPr>
          <w:lang w:eastAsia="zh-CN"/>
        </w:rPr>
        <w:t>summary.json</w:t>
      </w:r>
      <w:proofErr w:type="spellEnd"/>
      <w:r>
        <w:rPr>
          <w:lang w:eastAsia="zh-CN"/>
        </w:rPr>
        <w:t>、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、browser.log及原有测试日志。</w:t>
      </w:r>
    </w:p>
    <w:p w14:paraId="5A7ECF29" w14:textId="77777777" w:rsidR="00116924" w:rsidRDefault="00000000">
      <w:pPr>
        <w:pStyle w:val="1"/>
        <w:pageBreakBefore/>
      </w:pPr>
      <w:r>
        <w:lastRenderedPageBreak/>
        <w:t xml:space="preserve">Controller </w:t>
      </w:r>
      <w:proofErr w:type="spellStart"/>
      <w:r>
        <w:t>测试</w:t>
      </w:r>
      <w:proofErr w:type="spellEnd"/>
    </w:p>
    <w:p w14:paraId="4DDE3ED8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8CA0A1A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1DD456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67C85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7DE7C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30C6C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45CCA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6658D0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F2479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10B8C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14F3B1" w14:textId="77777777" w:rsidR="00116924" w:rsidRDefault="00000000">
            <w:pPr>
              <w:spacing w:after="0"/>
            </w:pPr>
            <w:r>
              <w:rPr>
                <w:sz w:val="19"/>
              </w:rPr>
              <w:t>链表 Mock 加载与初始帧</w:t>
            </w:r>
            <w:r>
              <w:rPr>
                <w:sz w:val="19"/>
              </w:rPr>
              <w:br/>
              <w:t>QA 封装8步 Mock；loadPlan；读取 state、frame。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5B4A0" w14:textId="77777777" w:rsidR="00116924" w:rsidRDefault="00000000">
            <w:pPr>
              <w:spacing w:after="0"/>
            </w:pPr>
            <w:r>
              <w:rPr>
                <w:sz w:val="19"/>
              </w:rPr>
              <w:t>ready、index=-1、total=8，初始值10,20,40，无当前 Step。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7F4A7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QA日志；C02；L9</w:t>
            </w:r>
          </w:p>
        </w:tc>
      </w:tr>
      <w:tr w:rsidR="00116924" w14:paraId="189125E1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4203C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98AD83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452C9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连续前进回退与完成回调</w:t>
            </w:r>
            <w:r>
              <w:rPr>
                <w:sz w:val="19"/>
                <w:lang w:eastAsia="zh-CN"/>
              </w:rPr>
              <w:br/>
              <w:t xml:space="preserve">连续 next 20次再 </w:t>
            </w:r>
            <w:proofErr w:type="spellStart"/>
            <w:r>
              <w:rPr>
                <w:sz w:val="19"/>
                <w:lang w:eastAsia="zh-CN"/>
              </w:rPr>
              <w:t>prev</w:t>
            </w:r>
            <w:proofErr w:type="spellEnd"/>
            <w:r>
              <w:rPr>
                <w:sz w:val="19"/>
                <w:lang w:eastAsia="zh-CN"/>
              </w:rPr>
              <w:t xml:space="preserve"> 20次；检查边界及回调。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CB9670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末帧</w:t>
            </w:r>
            <w:proofErr w:type="spellEnd"/>
            <w:r>
              <w:rPr>
                <w:sz w:val="19"/>
              </w:rPr>
              <w:t xml:space="preserve"> index=7、ended、回调1次；回退后 </w:t>
            </w:r>
            <w:proofErr w:type="spellStart"/>
            <w:r>
              <w:rPr>
                <w:sz w:val="19"/>
              </w:rPr>
              <w:t>ready、index</w:t>
            </w:r>
            <w:proofErr w:type="spellEnd"/>
            <w:r>
              <w:rPr>
                <w:sz w:val="19"/>
              </w:rPr>
              <w:t>=-1。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56FF6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QA日志；C03；L15</w:t>
            </w:r>
          </w:p>
        </w:tc>
      </w:tr>
      <w:tr w:rsidR="00116924" w14:paraId="4FD55B5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66EE3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ECCDC9D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3854D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播放中四档调速与计时</w:t>
            </w:r>
            <w:r>
              <w:rPr>
                <w:sz w:val="19"/>
                <w:lang w:eastAsia="zh-CN"/>
              </w:rPr>
              <w:br/>
              <w:t>初始帧 play；依次设0.5、1、1.5、2倍；检查下一计时。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01AB16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计时分别800、400、267、200ms，始终仅1个计时器。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15010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QA日志；C06；L33</w:t>
            </w:r>
          </w:p>
        </w:tc>
      </w:tr>
      <w:tr w:rsidR="00116924" w14:paraId="32406E3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1EAEE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F282BD4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3265D66" w14:textId="77777777" w:rsidR="00116924" w:rsidRDefault="00000000">
            <w:pPr>
              <w:spacing w:after="0"/>
            </w:pPr>
            <w:r>
              <w:rPr>
                <w:sz w:val="19"/>
              </w:rPr>
              <w:t>播放中调速立即通知订阅者</w:t>
            </w:r>
            <w:r>
              <w:rPr>
                <w:sz w:val="19"/>
              </w:rPr>
              <w:br/>
              <w:t>loadPlan；subscribe 收集 speed；play；setSpeed(2)后立即比较。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D9F5C9" w14:textId="77777777" w:rsidR="00116924" w:rsidRDefault="00000000">
            <w:pPr>
              <w:spacing w:after="0"/>
            </w:pPr>
            <w:r>
              <w:rPr>
                <w:sz w:val="19"/>
              </w:rPr>
              <w:t>getState 与最新订阅事件的 speed 同为2。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B6F0CC" w14:textId="77777777" w:rsidR="00116924" w:rsidRDefault="00000000">
            <w:pPr>
              <w:spacing w:after="0"/>
            </w:pPr>
            <w:r>
              <w:rPr>
                <w:sz w:val="19"/>
              </w:rPr>
              <w:t>失败；当前 speed=2，最新订阅 speed=1，事件[1,1]。</w:t>
            </w:r>
            <w:r>
              <w:rPr>
                <w:sz w:val="19"/>
              </w:rPr>
              <w:br/>
              <w:t>QA日志；C07；L39</w:t>
            </w:r>
          </w:p>
        </w:tc>
      </w:tr>
      <w:tr w:rsidR="00116924" w14:paraId="77F124F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CD219D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C10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36145D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B803BB" w14:textId="77777777" w:rsidR="00116924" w:rsidRDefault="00000000">
            <w:pPr>
              <w:spacing w:after="0"/>
            </w:pPr>
            <w:r>
              <w:rPr>
                <w:sz w:val="19"/>
              </w:rPr>
              <w:t>迟到响应不覆盖当前计划</w:t>
            </w:r>
            <w:r>
              <w:rPr>
                <w:sz w:val="19"/>
              </w:rPr>
              <w:br/>
              <w:t>beginSession 两次；加载当前代次；提交旧代次坏数据 null。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7415DF" w14:textId="77777777" w:rsidR="00116924" w:rsidRDefault="00000000">
            <w:pPr>
              <w:spacing w:after="0"/>
            </w:pPr>
            <w:r>
              <w:rPr>
                <w:sz w:val="19"/>
              </w:rPr>
              <w:t>旧代次返回false，不触发校验错误，不改变 state 与 frame。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77C5E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QA日志；C10；L78</w:t>
            </w:r>
          </w:p>
        </w:tc>
      </w:tr>
    </w:tbl>
    <w:p w14:paraId="7923C19D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异常输入测试</w:t>
      </w:r>
    </w:p>
    <w:p w14:paraId="6BC7928D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0BE76BD0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4E286D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71CB84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9972B4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D21EA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EF06DF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17D44951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1FB30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323CA52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1556CD" w14:textId="77777777" w:rsidR="00116924" w:rsidRDefault="00000000">
            <w:pPr>
              <w:spacing w:after="0"/>
            </w:pPr>
            <w:r>
              <w:rPr>
                <w:sz w:val="19"/>
              </w:rPr>
              <w:t>缺失或错误快照</w:t>
            </w:r>
            <w:r>
              <w:rPr>
                <w:sz w:val="19"/>
              </w:rPr>
              <w:br/>
              <w:t>删除 snapshot；values 改为字符串。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0AFB3FE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SNAPSHOT_INVALID；拒绝后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F98E6A0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QA日志；V04；L114</w:t>
            </w:r>
          </w:p>
        </w:tc>
      </w:tr>
      <w:tr w:rsidR="00116924" w14:paraId="1AD1568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0D5CF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9B3BCC8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F5E0AB7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非空快照高亮越界</w:t>
            </w:r>
            <w:r>
              <w:rPr>
                <w:sz w:val="19"/>
                <w:lang w:eastAsia="zh-CN"/>
              </w:rPr>
              <w:br/>
              <w:t xml:space="preserve">首帧高亮分别设-1、3、0.5、字符串0。 </w:t>
            </w:r>
            <w:proofErr w:type="spellStart"/>
            <w:r>
              <w:rPr>
                <w:sz w:val="19"/>
              </w:rPr>
              <w:t>每组调用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validatePlan，并尝试加载到已有计划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CDE1F3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HIGHLIGHT_OUT_OF_RANGE；拒绝后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620E75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QA日志；V08；L138</w:t>
            </w:r>
          </w:p>
        </w:tc>
      </w:tr>
      <w:tr w:rsidR="00116924" w14:paraId="52D1639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F233F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5C07547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3600A06" w14:textId="77777777" w:rsidR="00116924" w:rsidRDefault="00000000">
            <w:pPr>
              <w:spacing w:after="0"/>
            </w:pPr>
            <w:r>
              <w:rPr>
                <w:sz w:val="19"/>
              </w:rPr>
              <w:t>异常播放时长</w:t>
            </w:r>
            <w:r>
              <w:rPr>
                <w:sz w:val="19"/>
              </w:rPr>
              <w:br/>
              <w:t>durationMs 分别设0、-1、1.5、NaN、Infinity、字符串100。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66D4ADE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DURATION_INVALID；拒绝后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9DDF372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QA日志；V11；L156</w:t>
            </w:r>
          </w:p>
        </w:tc>
      </w:tr>
      <w:tr w:rsidR="00116924" w14:paraId="1A25420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5E63F0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0D62C3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5929D8A" w14:textId="77777777" w:rsidR="00116924" w:rsidRDefault="00000000">
            <w:pPr>
              <w:spacing w:after="0"/>
            </w:pPr>
            <w:r>
              <w:rPr>
                <w:sz w:val="19"/>
              </w:rPr>
              <w:t>错误终态</w:t>
            </w:r>
            <w:r>
              <w:rPr>
                <w:sz w:val="19"/>
              </w:rPr>
              <w:br/>
              <w:t>resultState.values 改为10,20,40。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4B2BB02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RESULT_STATE_MISMATCH；拒绝后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BD0994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QA日志；V12；L162</w:t>
            </w:r>
          </w:p>
        </w:tc>
      </w:tr>
      <w:tr w:rsidR="00116924" w14:paraId="0DCE9D9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2635A3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88CEFD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79A60A" w14:textId="77777777" w:rsidR="00116924" w:rsidRDefault="00000000">
            <w:pPr>
              <w:spacing w:after="0"/>
            </w:pPr>
            <w:r>
              <w:rPr>
                <w:sz w:val="19"/>
              </w:rPr>
              <w:t>空快照禁止任何高亮下标</w:t>
            </w:r>
            <w:r>
              <w:rPr>
                <w:sz w:val="19"/>
              </w:rPr>
              <w:br/>
              <w:t>构造单步空快照 values=[]、highlightedIndices=[0]，调用 validatePlan。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E39737" w14:textId="77777777" w:rsidR="00116924" w:rsidRDefault="00000000">
            <w:pPr>
              <w:spacing w:after="0"/>
            </w:pPr>
            <w:r>
              <w:rPr>
                <w:sz w:val="19"/>
              </w:rPr>
              <w:t>抛 HIGHLIGHT_OUT_OF_RANGE；空数组不存在下标0。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2CDAB2" w14:textId="77777777" w:rsidR="00116924" w:rsidRDefault="00000000">
            <w:pPr>
              <w:spacing w:after="0"/>
            </w:pPr>
            <w:r>
              <w:rPr>
                <w:sz w:val="19"/>
              </w:rPr>
              <w:t>失败；返回 true，未抛 HIGHLIGHT_OUT_OF_RANGE。</w:t>
            </w:r>
            <w:r>
              <w:rPr>
                <w:sz w:val="19"/>
              </w:rPr>
              <w:br/>
              <w:t>QA日志；V14；L174</w:t>
            </w:r>
          </w:p>
        </w:tc>
      </w:tr>
    </w:tbl>
    <w:p w14:paraId="4A810CF7" w14:textId="77777777" w:rsidR="00116924" w:rsidRDefault="00000000">
      <w:pPr>
        <w:pStyle w:val="1"/>
        <w:pageBreakBefore/>
      </w:pPr>
      <w:r>
        <w:lastRenderedPageBreak/>
        <w:t>代码同步测试</w:t>
      </w:r>
    </w:p>
    <w:p w14:paraId="53DB3F6A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8BBA77C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1C9DA0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DD7CDF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05DB45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B9ABD2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0019B9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1EA57407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15048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S01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5BAFF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7B9456" w14:textId="77777777" w:rsidR="00116924" w:rsidRDefault="00000000">
            <w:pPr>
              <w:spacing w:after="0"/>
            </w:pPr>
            <w:r>
              <w:rPr>
                <w:sz w:val="19"/>
              </w:rPr>
              <w:t>逐步行号与解释映射</w:t>
            </w:r>
            <w:r>
              <w:rPr>
                <w:sz w:val="19"/>
              </w:rPr>
              <w:br/>
              <w:t>遍历8个 Mock Step；调用 linesOf、descOf、computeLineStates。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F6AB1D" w14:textId="77777777" w:rsidR="00116924" w:rsidRDefault="00000000">
            <w:pPr>
              <w:spacing w:after="0"/>
            </w:pPr>
            <w:r>
              <w:rPr>
                <w:sz w:val="19"/>
              </w:rPr>
              <w:t>当前行等于该步 pseudoLineIds；解释等于 description；历史集合含当前行。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0F6BC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QA日志；S01；L208</w:t>
            </w:r>
          </w:p>
        </w:tc>
      </w:tr>
      <w:tr w:rsidR="00116924" w14:paraId="6EDC3F36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60EAC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S02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1B19D9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BB7FF5" w14:textId="77777777" w:rsidR="00116924" w:rsidRDefault="00000000">
            <w:pPr>
              <w:spacing w:after="0"/>
            </w:pPr>
            <w:r>
              <w:rPr>
                <w:sz w:val="19"/>
              </w:rPr>
              <w:t>循环体已执行状态与次数</w:t>
            </w:r>
            <w:r>
              <w:rPr>
                <w:sz w:val="19"/>
              </w:rPr>
              <w:br/>
              <w:t>计算 S5、回退 S4、重播 S1 的行状态。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28C9F2" w14:textId="77777777" w:rsidR="00116924" w:rsidRDefault="00000000">
            <w:pPr>
              <w:spacing w:after="0"/>
            </w:pPr>
            <w:r>
              <w:rPr>
                <w:sz w:val="19"/>
              </w:rPr>
              <w:t>S5 的 L08次数2且L09已执行；S4次数恢复1；S1清除后续行。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D830FD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QA日志；S02；L214</w:t>
            </w:r>
          </w:p>
        </w:tc>
      </w:tr>
      <w:tr w:rsidR="00116924" w14:paraId="6227C4F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71EAA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I01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4337F9" w14:textId="77777777" w:rsidR="00116924" w:rsidRDefault="00000000">
            <w:pPr>
              <w:spacing w:after="0"/>
            </w:pPr>
            <w:r>
              <w:rPr>
                <w:sz w:val="19"/>
              </w:rPr>
              <w:t>模块交接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C70D3F" w14:textId="77777777" w:rsidR="00116924" w:rsidRDefault="00000000">
            <w:pPr>
              <w:spacing w:after="0"/>
            </w:pPr>
            <w:r>
              <w:rPr>
                <w:sz w:val="19"/>
              </w:rPr>
              <w:t>8步 Mock 的字段兼容</w:t>
            </w:r>
            <w:r>
              <w:rPr>
                <w:sz w:val="19"/>
              </w:rPr>
              <w:br/>
              <w:t>QA 包装 Mock 为 linkedlist 计划，validatePlan 后 Controller 全部单步。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53EFC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8步均可加载和消费，末帧值10,20,30,40，完成回调1次。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232AA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QA日志；I01；L226</w:t>
            </w:r>
          </w:p>
        </w:tc>
      </w:tr>
      <w:tr w:rsidR="00116924" w14:paraId="5E29462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BD484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8B6766" w14:textId="77777777" w:rsidR="00116924" w:rsidRDefault="00000000">
            <w:pPr>
              <w:spacing w:after="0"/>
            </w:pPr>
            <w:r>
              <w:rPr>
                <w:sz w:val="19"/>
              </w:rPr>
              <w:t>代码同步页面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0A7B1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8步逐步高亮与解释</w:t>
            </w:r>
            <w:r>
              <w:rPr>
                <w:sz w:val="19"/>
                <w:lang w:eastAsia="zh-CN"/>
              </w:rPr>
              <w:br/>
              <w:t>打开代码同步演示；逐个点击8个步号圆点。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20DC5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每步徽标、激活行、解释与该步 Mock 完全一致。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B1341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通过；8个步骤的徽标、激活行和解释逐一匹配</w:t>
            </w:r>
            <w:r>
              <w:rPr>
                <w:sz w:val="19"/>
                <w:lang w:eastAsia="zh-CN"/>
              </w:rPr>
              <w:br/>
              <w:t>浏览器日志；B07</w:t>
            </w:r>
          </w:p>
        </w:tc>
      </w:tr>
      <w:tr w:rsidR="00116924" w14:paraId="0F30B422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762009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B7E47D" w14:textId="77777777" w:rsidR="00116924" w:rsidRDefault="00000000">
            <w:pPr>
              <w:spacing w:after="0"/>
            </w:pPr>
            <w:r>
              <w:rPr>
                <w:sz w:val="19"/>
              </w:rPr>
              <w:t>代码同步页面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C58CE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S5 循环历史及回退重播</w:t>
            </w:r>
            <w:r>
              <w:rPr>
                <w:sz w:val="19"/>
                <w:lang w:eastAsia="zh-CN"/>
              </w:rPr>
              <w:br/>
              <w:t>点击S5，检查L08/L09；上一帧；重播。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8BBD071" w14:textId="77777777" w:rsidR="00116924" w:rsidRDefault="00000000">
            <w:pPr>
              <w:spacing w:after="0"/>
            </w:pPr>
            <w:r>
              <w:rPr>
                <w:sz w:val="19"/>
              </w:rPr>
              <w:t>S5 L08激活且次数×2、L09已执行；S4两行激活；重播S1仅L02。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38340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通过；S5 L08激活×2、L09已执行；S4和S1恢复正确；已保存真实截图</w:t>
            </w:r>
            <w:r>
              <w:rPr>
                <w:sz w:val="19"/>
                <w:lang w:eastAsia="zh-CN"/>
              </w:rPr>
              <w:br/>
              <w:t>浏览器日志；B08</w:t>
            </w:r>
          </w:p>
        </w:tc>
      </w:tr>
    </w:tbl>
    <w:p w14:paraId="5A7B29AF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其余</w:t>
      </w:r>
      <w:r>
        <w:rPr>
          <w:lang w:eastAsia="zh-CN"/>
        </w:rPr>
        <w:t xml:space="preserve"> QA </w:t>
      </w:r>
      <w:r>
        <w:rPr>
          <w:lang w:eastAsia="zh-CN"/>
        </w:rPr>
        <w:t>测试</w:t>
      </w:r>
      <w:r>
        <w:rPr>
          <w:lang w:eastAsia="zh-CN"/>
        </w:rPr>
        <w:t xml:space="preserve"> 1</w:t>
      </w:r>
    </w:p>
    <w:p w14:paraId="41FAF44B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CC8221B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7AB34B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3D1A1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1FAA85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DD7DF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5356748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307E9C59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D11D7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64CFF3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8A7612" w14:textId="77777777" w:rsidR="00116924" w:rsidRDefault="00000000">
            <w:pPr>
              <w:spacing w:after="0"/>
            </w:pPr>
            <w:r>
              <w:rPr>
                <w:sz w:val="19"/>
              </w:rPr>
              <w:t>未加载操作边界</w:t>
            </w:r>
            <w:r>
              <w:rPr>
                <w:sz w:val="19"/>
              </w:rPr>
              <w:br/>
              <w:t>创建控制器；依次 play、next、prev、seek(0)、replay；检查状态。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E04D62" w14:textId="77777777" w:rsidR="00116924" w:rsidRDefault="00000000">
            <w:pPr>
              <w:spacing w:after="0"/>
            </w:pPr>
            <w:r>
              <w:rPr>
                <w:sz w:val="19"/>
              </w:rPr>
              <w:t>操作均返回 false，维持 idle、index=-1、无计时器。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9056EF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QA日志；C01；L3</w:t>
            </w:r>
          </w:p>
        </w:tc>
      </w:tr>
      <w:tr w:rsidR="00116924" w14:paraId="60391FA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40D90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D29B16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948804" w14:textId="77777777" w:rsidR="00116924" w:rsidRDefault="00000000">
            <w:pPr>
              <w:spacing w:after="0"/>
            </w:pPr>
            <w:r>
              <w:rPr>
                <w:sz w:val="19"/>
              </w:rPr>
              <w:t>重复播放与暂停</w:t>
            </w:r>
            <w:r>
              <w:rPr>
                <w:sz w:val="19"/>
              </w:rPr>
              <w:br/>
              <w:t>play 20次；推进400ms；pause 20次；再推进10000ms。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532BFF2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仅1个计时器；暂停后 index 不变、计时器0。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FA6D1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QA日志；C04；L21</w:t>
            </w:r>
          </w:p>
        </w:tc>
      </w:tr>
      <w:tr w:rsidR="00116924" w14:paraId="41AD5263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A80C20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8A17240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A8A897" w14:textId="77777777" w:rsidR="00116924" w:rsidRDefault="00000000">
            <w:pPr>
              <w:spacing w:after="0"/>
            </w:pPr>
            <w:r>
              <w:rPr>
                <w:sz w:val="19"/>
              </w:rPr>
              <w:t>播放中手动前进和回退</w:t>
            </w:r>
            <w:r>
              <w:rPr>
                <w:sz w:val="19"/>
              </w:rPr>
              <w:br/>
              <w:t>play 后 next；再次 play 后 prev；推进假时钟。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5586A3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手动操作暂停自动播放，之后时间推进不再改变帧。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EEC2A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QA日志；C05；L27</w:t>
            </w:r>
          </w:p>
        </w:tc>
      </w:tr>
      <w:tr w:rsidR="00116924" w14:paraId="2900244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3E66E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FF4619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931092A" w14:textId="77777777" w:rsidR="00116924" w:rsidRDefault="00000000">
            <w:pPr>
              <w:spacing w:after="0"/>
            </w:pPr>
            <w:r>
              <w:rPr>
                <w:sz w:val="19"/>
              </w:rPr>
              <w:t>播放中重播复用计划</w:t>
            </w:r>
            <w:r>
              <w:rPr>
                <w:sz w:val="19"/>
              </w:rPr>
              <w:br/>
              <w:t>play 后推进1100ms；replay；再播放到末帧。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39998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重播回 ready/-1，无计时器；最终值10,20,30,40，回调1次。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1C3A0E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QA日志；C08；L66</w:t>
            </w:r>
          </w:p>
        </w:tc>
      </w:tr>
      <w:tr w:rsidR="00116924" w14:paraId="34168BF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7D2672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3884AF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C46F9E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销毁停止计时和订阅</w:t>
            </w:r>
            <w:r>
              <w:rPr>
                <w:sz w:val="19"/>
                <w:lang w:eastAsia="zh-CN"/>
              </w:rPr>
              <w:br/>
              <w:t>加载并订阅；play；destroy；推进时钟；重新加载。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9EED67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销毁后 idle、无计划、无计时器；旧订阅不再收到事件。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A62CE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QA日志；C09；L72</w:t>
            </w:r>
          </w:p>
        </w:tc>
      </w:tr>
    </w:tbl>
    <w:p w14:paraId="60054778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其余</w:t>
      </w:r>
      <w:r>
        <w:rPr>
          <w:lang w:eastAsia="zh-CN"/>
        </w:rPr>
        <w:t xml:space="preserve"> QA </w:t>
      </w:r>
      <w:r>
        <w:rPr>
          <w:lang w:eastAsia="zh-CN"/>
        </w:rPr>
        <w:t>测试</w:t>
      </w:r>
      <w:r>
        <w:rPr>
          <w:lang w:eastAsia="zh-CN"/>
        </w:rPr>
        <w:t xml:space="preserve"> 2</w:t>
      </w:r>
    </w:p>
    <w:p w14:paraId="4593A946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72D6552E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D1C4BC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75462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C100DB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EEA37D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6DD6C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4477817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38EB655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F58EA8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6E8A36" w14:textId="77777777" w:rsidR="00116924" w:rsidRDefault="00000000">
            <w:pPr>
              <w:spacing w:after="0"/>
            </w:pPr>
            <w:r>
              <w:rPr>
                <w:sz w:val="19"/>
              </w:rPr>
              <w:t>无效计划保留播放状态</w:t>
            </w:r>
            <w:r>
              <w:rPr>
                <w:sz w:val="19"/>
              </w:rPr>
              <w:br/>
              <w:t>加载并播放；保存 state/frame/delay；loadPlan({steps:[]})；继续计时。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B928E2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抛 STEPS_EMPTY；原计划、帧、计时及订阅数量不变，仍可前进。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625C3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QA日志；C11；L84</w:t>
            </w:r>
          </w:p>
        </w:tc>
      </w:tr>
      <w:tr w:rsidR="00116924" w14:paraId="5B50732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AE9EE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C12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11DFC0" w14:textId="77777777" w:rsidR="00116924" w:rsidRDefault="00000000">
            <w:pPr>
              <w:spacing w:after="0"/>
            </w:pPr>
            <w:r>
              <w:rPr>
                <w:sz w:val="19"/>
              </w:rPr>
              <w:t>Controller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C1A390" w14:textId="77777777" w:rsidR="00116924" w:rsidRDefault="00000000">
            <w:pPr>
              <w:spacing w:after="0"/>
            </w:pPr>
            <w:r>
              <w:rPr>
                <w:sz w:val="19"/>
              </w:rPr>
              <w:t>取消订阅与查询隔离</w:t>
            </w:r>
            <w:r>
              <w:rPr>
                <w:sz w:val="19"/>
              </w:rPr>
              <w:br/>
              <w:t>订阅后取消两次；更改 getState 返回值；next。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ACAAD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取消订阅不再触发；修改查询对象不改变内部 index。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23110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QA日志；C12；L90</w:t>
            </w:r>
          </w:p>
        </w:tc>
      </w:tr>
      <w:tr w:rsidR="00116924" w14:paraId="351DA27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5FBCC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D9C495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C575AFF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缺失或错误计划对象</w:t>
            </w:r>
            <w:r>
              <w:rPr>
                <w:sz w:val="19"/>
                <w:lang w:eastAsia="zh-CN"/>
              </w:rPr>
              <w:br/>
              <w:t xml:space="preserve">分别传入 null、字符串、空对象、steps 为对象。 </w:t>
            </w:r>
            <w:proofErr w:type="spellStart"/>
            <w:r>
              <w:rPr>
                <w:sz w:val="19"/>
              </w:rPr>
              <w:t>每组调用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validatePlan，并尝试加载到已有计划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4AE4CB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PLAN_INVALID；拒绝后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3818D6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QA日志；V01；L96</w:t>
            </w:r>
          </w:p>
        </w:tc>
      </w:tr>
      <w:tr w:rsidR="00116924" w14:paraId="6119395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EE3EB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E9C980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E42279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空步骤和超长步骤</w:t>
            </w:r>
            <w:r>
              <w:rPr>
                <w:sz w:val="19"/>
                <w:lang w:eastAsia="zh-CN"/>
              </w:rPr>
              <w:br/>
              <w:t xml:space="preserve">分别设 steps=[] 及129个合法连续 Step。 </w:t>
            </w:r>
            <w:proofErr w:type="spellStart"/>
            <w:r>
              <w:rPr>
                <w:sz w:val="19"/>
              </w:rPr>
              <w:t>每组调用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validatePlan，并尝试加载到已有计划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0B2FE2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STEPS_EMPTY / STEPS_TOO_MANY；拒绝后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438C639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QA日志；V02；L102</w:t>
            </w:r>
          </w:p>
        </w:tc>
      </w:tr>
      <w:tr w:rsidR="00116924" w14:paraId="21DDA406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BAC1F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B0BD88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63F434" w14:textId="77777777" w:rsidR="00116924" w:rsidRDefault="00000000">
            <w:pPr>
              <w:spacing w:after="0"/>
            </w:pPr>
            <w:r>
              <w:rPr>
                <w:sz w:val="19"/>
              </w:rPr>
              <w:t>缺失 Step 和非法序号</w:t>
            </w:r>
            <w:r>
              <w:rPr>
                <w:sz w:val="19"/>
              </w:rPr>
              <w:br/>
              <w:t>steps[0]=null；seq 分别改为0、2、字符串1。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9C5B04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STEP_INVALID / STEP_SEQ_MISMATCH；拒绝后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B5C600C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QA日志；V03；L108</w:t>
            </w:r>
          </w:p>
        </w:tc>
      </w:tr>
    </w:tbl>
    <w:p w14:paraId="4EEA30CD" w14:textId="77777777" w:rsidR="00116924" w:rsidRDefault="00000000">
      <w:pPr>
        <w:pStyle w:val="1"/>
        <w:pageBreakBefore/>
      </w:pPr>
      <w:r>
        <w:lastRenderedPageBreak/>
        <w:t>其余</w:t>
      </w:r>
      <w:r>
        <w:t xml:space="preserve"> QA </w:t>
      </w:r>
      <w:r>
        <w:t>测试</w:t>
      </w:r>
      <w:r>
        <w:t xml:space="preserve"> 3</w:t>
      </w:r>
    </w:p>
    <w:p w14:paraId="095F1246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23CF2309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4CCD31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688865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45825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6A6939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79842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17BC135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7FCE89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E233570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C5D119" w14:textId="77777777" w:rsidR="00116924" w:rsidRDefault="00000000">
            <w:pPr>
              <w:spacing w:after="0"/>
            </w:pPr>
            <w:r>
              <w:rPr>
                <w:sz w:val="19"/>
              </w:rPr>
              <w:t>异常数值与非有限值</w:t>
            </w:r>
            <w:r>
              <w:rPr>
                <w:sz w:val="19"/>
              </w:rPr>
              <w:br/>
              <w:t>首帧 values 分别设1000、-1000、1.5、字符串10、NaN、Infinity。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F36388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SNAPSHOT_INVALID；拒绝后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63E1BC5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QA日志；V05；L120</w:t>
            </w:r>
          </w:p>
        </w:tc>
      </w:tr>
      <w:tr w:rsidR="00116924" w14:paraId="4EAD18A4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3F6C2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D247201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364A6F" w14:textId="77777777" w:rsidR="00116924" w:rsidRDefault="00000000">
            <w:pPr>
              <w:spacing w:after="0"/>
            </w:pPr>
            <w:r>
              <w:rPr>
                <w:sz w:val="19"/>
              </w:rPr>
              <w:t>结构容量校验</w:t>
            </w:r>
            <w:r>
              <w:rPr>
                <w:sz w:val="19"/>
              </w:rPr>
              <w:br/>
              <w:t>链表首帧10个值；capacity=0；capacity=8。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D25566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CAPACITY_EXCEEDED / CAPACITY_INVALID / CAPACITY_MISMATCH；拒绝后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22F20F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QA日志；V06；L126</w:t>
            </w:r>
          </w:p>
        </w:tc>
      </w:tr>
      <w:tr w:rsidR="00116924" w14:paraId="2462DEC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1973AB2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B3A6D2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41365D5" w14:textId="77777777" w:rsidR="00116924" w:rsidRDefault="00000000">
            <w:pPr>
              <w:spacing w:after="0"/>
            </w:pPr>
            <w:r>
              <w:rPr>
                <w:sz w:val="19"/>
              </w:rPr>
              <w:t>高亮字段类型</w:t>
            </w:r>
            <w:r>
              <w:rPr>
                <w:sz w:val="19"/>
              </w:rPr>
              <w:br/>
              <w:t>删除 highlightedIndices；改为字符串0。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368847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HIGHLIGHT_INVALID；拒绝后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16EBD9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QA日志；V07；L132</w:t>
            </w:r>
          </w:p>
        </w:tc>
      </w:tr>
      <w:tr w:rsidR="00116924" w14:paraId="11633CE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09C80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4A4899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CFC995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伪代码行字段类型</w:t>
            </w:r>
            <w:r>
              <w:rPr>
                <w:sz w:val="19"/>
                <w:lang w:eastAsia="zh-CN"/>
              </w:rPr>
              <w:br/>
              <w:t xml:space="preserve">删除 </w:t>
            </w:r>
            <w:proofErr w:type="spellStart"/>
            <w:r>
              <w:rPr>
                <w:sz w:val="19"/>
                <w:lang w:eastAsia="zh-CN"/>
              </w:rPr>
              <w:t>pseudoLineIds</w:t>
            </w:r>
            <w:proofErr w:type="spellEnd"/>
            <w:r>
              <w:rPr>
                <w:sz w:val="19"/>
                <w:lang w:eastAsia="zh-CN"/>
              </w:rPr>
              <w:t xml:space="preserve">；设非数组；包含负数、分数或字符串。 </w:t>
            </w:r>
            <w:proofErr w:type="spellStart"/>
            <w:r>
              <w:rPr>
                <w:sz w:val="19"/>
              </w:rPr>
              <w:t>每组调用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validatePlan，并尝试加载到已有计划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7542DF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PSEUDO_LINE_INVALID；拒绝后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993424D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QA日志；V09；L144</w:t>
            </w:r>
          </w:p>
        </w:tc>
      </w:tr>
      <w:tr w:rsidR="00116924" w14:paraId="073AADC1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24DF0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8C2F2F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FB07A6" w14:textId="77777777" w:rsidR="00116924" w:rsidRDefault="00000000">
            <w:pPr>
              <w:spacing w:after="0"/>
            </w:pPr>
            <w:r>
              <w:rPr>
                <w:sz w:val="19"/>
              </w:rPr>
              <w:t>解释字段缺失与错误类型</w:t>
            </w:r>
            <w:r>
              <w:rPr>
                <w:sz w:val="19"/>
              </w:rPr>
              <w:br/>
              <w:t>description 分别设 undefined、null、数字。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614286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DESCRIPTION_INVALID；拒绝后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41D2A3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QA日志；V10；L150</w:t>
            </w:r>
          </w:p>
        </w:tc>
      </w:tr>
    </w:tbl>
    <w:p w14:paraId="71288639" w14:textId="77777777" w:rsidR="00116924" w:rsidRDefault="00000000">
      <w:pPr>
        <w:pStyle w:val="1"/>
        <w:pageBreakBefore/>
      </w:pPr>
      <w:r>
        <w:lastRenderedPageBreak/>
        <w:t>其余</w:t>
      </w:r>
      <w:r>
        <w:t xml:space="preserve"> QA </w:t>
      </w:r>
      <w:r>
        <w:t>测试</w:t>
      </w:r>
      <w:r>
        <w:t xml:space="preserve"> 4</w:t>
      </w:r>
    </w:p>
    <w:p w14:paraId="3AB232FE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656404B0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15AFE88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E3937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9CA02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B80DD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5F7FAF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4C247CF7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14B2C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1C144D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439FCB" w14:textId="77777777" w:rsidR="00116924" w:rsidRDefault="00000000">
            <w:pPr>
              <w:spacing w:after="0"/>
            </w:pPr>
            <w:r>
              <w:rPr>
                <w:sz w:val="19"/>
              </w:rPr>
              <w:t>可选遍历字段错误类型</w:t>
            </w:r>
            <w:r>
              <w:rPr>
                <w:sz w:val="19"/>
              </w:rPr>
              <w:br/>
              <w:t>traversalPrefix 设为字符串。 每组调用 validatePlan，并尝试加载到已有计划。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561612" w14:textId="77777777" w:rsidR="00116924" w:rsidRDefault="00000000">
            <w:pPr>
              <w:spacing w:after="0"/>
            </w:pPr>
            <w:r>
              <w:rPr>
                <w:sz w:val="19"/>
              </w:rPr>
              <w:t>每组抛 PlaybackPlanError，错误码属于 TRAVERSAL_INVALID；拒绝后 state/frame 保持不变。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999CE3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通过；各组均被拒绝，错误码符合预期；原状态保持不变。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QA日志；V13；L168</w:t>
            </w:r>
          </w:p>
        </w:tc>
      </w:tr>
      <w:tr w:rsidR="00116924" w14:paraId="39DC4E5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EDAFB0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V15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1DD1995" w14:textId="77777777" w:rsidR="00116924" w:rsidRDefault="00000000">
            <w:pPr>
              <w:spacing w:after="0"/>
            </w:pPr>
            <w:r>
              <w:rPr>
                <w:sz w:val="19"/>
              </w:rPr>
              <w:t>异常输入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2B1B0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合法边界与空高亮</w:t>
            </w:r>
            <w:r>
              <w:rPr>
                <w:sz w:val="19"/>
                <w:lang w:eastAsia="zh-CN"/>
              </w:rPr>
              <w:br/>
              <w:t>分别校验128步、值-999/999、空快照高亮[]。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2B8DAB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合法边界全部接受，不误拒绝正常空结构。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AAC1D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QA日志；V15；L202</w:t>
            </w:r>
          </w:p>
        </w:tc>
      </w:tr>
      <w:tr w:rsidR="00116924" w14:paraId="6F088E6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B75B7E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S03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3DC777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91A0024" w14:textId="77777777" w:rsidR="00116924" w:rsidRDefault="00000000">
            <w:pPr>
              <w:spacing w:after="0"/>
            </w:pPr>
            <w:r>
              <w:rPr>
                <w:sz w:val="19"/>
              </w:rPr>
              <w:t>新旧字段兼容及优先级</w:t>
            </w:r>
            <w:r>
              <w:rPr>
                <w:sz w:val="19"/>
              </w:rPr>
              <w:br/>
              <w:t>传 codeLine/desc 旧字段，再同时传 pseudoLineIds/description。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842BB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旧字段可读；新字段优先；空输入得到空行号与空解释。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8EB02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QA日志；S03；L220</w:t>
            </w:r>
          </w:p>
        </w:tc>
      </w:tr>
      <w:tr w:rsidR="00116924" w14:paraId="2FA985A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4ADA4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I02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A4DB16" w14:textId="77777777" w:rsidR="00116924" w:rsidRDefault="00000000">
            <w:pPr>
              <w:spacing w:after="0"/>
            </w:pPr>
            <w:r>
              <w:rPr>
                <w:sz w:val="19"/>
              </w:rPr>
              <w:t>模块交接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F75E083" w14:textId="77777777" w:rsidR="00116924" w:rsidRDefault="00000000">
            <w:pPr>
              <w:spacing w:after="0"/>
            </w:pPr>
            <w:r>
              <w:rPr>
                <w:sz w:val="19"/>
              </w:rPr>
              <w:t>Controller 前进回退重播后同步</w:t>
            </w:r>
            <w:r>
              <w:rPr>
                <w:sz w:val="19"/>
              </w:rPr>
              <w:br/>
              <w:t>以订阅帧驱动纯行状态计算；前进5次、回退1次、replay。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32F5CD" w14:textId="77777777" w:rsidR="00116924" w:rsidRDefault="00000000">
            <w:pPr>
              <w:spacing w:after="0"/>
            </w:pPr>
            <w:r>
              <w:rPr>
                <w:sz w:val="19"/>
              </w:rPr>
              <w:t>S5激活L08；回退S4激活L08/L09；重播初始帧无Step。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60CAF3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通过；全部断言满足预期</w:t>
            </w:r>
            <w:r>
              <w:rPr>
                <w:sz w:val="19"/>
                <w:lang w:eastAsia="zh-CN"/>
              </w:rPr>
              <w:br/>
              <w:t>QA日志；I02；L232</w:t>
            </w:r>
          </w:p>
        </w:tc>
      </w:tr>
      <w:tr w:rsidR="00116924" w14:paraId="45353A5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578260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I03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572798" w14:textId="77777777" w:rsidR="00116924" w:rsidRDefault="00000000">
            <w:pPr>
              <w:spacing w:after="0"/>
            </w:pPr>
            <w:r>
              <w:rPr>
                <w:sz w:val="19"/>
              </w:rPr>
              <w:t>模块交接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96B84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Mock 教学顺序数据一致性</w:t>
            </w:r>
            <w:r>
              <w:rPr>
                <w:sz w:val="19"/>
                <w:lang w:eastAsia="zh-CN"/>
              </w:rPr>
              <w:br/>
              <w:t>读取S1游离节点、S6先接后继、S7再连前驱的数据及行号。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284F43" w14:textId="77777777" w:rsidR="00116924" w:rsidRDefault="00000000">
            <w:pPr>
              <w:spacing w:after="0"/>
            </w:pPr>
            <w:r>
              <w:rPr>
                <w:sz w:val="19"/>
              </w:rPr>
              <w:t>Mock S1游离节点30未接入；S6行12指向原40；S7行13快照为最终序列。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75A48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通过；Mock 字段满足教学顺序；本项未调用实际链表算法</w:t>
            </w:r>
            <w:r>
              <w:rPr>
                <w:sz w:val="19"/>
                <w:lang w:eastAsia="zh-CN"/>
              </w:rPr>
              <w:br/>
              <w:t>QA日志；I03；L238</w:t>
            </w:r>
          </w:p>
        </w:tc>
      </w:tr>
    </w:tbl>
    <w:p w14:paraId="260CD688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其余浏览器测试</w:t>
      </w:r>
      <w:r>
        <w:rPr>
          <w:lang w:eastAsia="zh-CN"/>
        </w:rPr>
        <w:t xml:space="preserve"> 1</w:t>
      </w:r>
    </w:p>
    <w:p w14:paraId="558EE397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709AA2C2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BDFCEF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9D37F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E77C73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423027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23705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5B48253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62D9C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4A418D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9C17AF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默认地址应显示初始状态</w:t>
            </w:r>
            <w:r>
              <w:rPr>
                <w:sz w:val="19"/>
                <w:lang w:eastAsia="zh-CN"/>
              </w:rPr>
              <w:br/>
              <w:t>打开无 query 的播放器 index.html；读取状态和步号。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E9821A9" w14:textId="77777777" w:rsidR="00116924" w:rsidRDefault="00000000">
            <w:pPr>
              <w:spacing w:after="0"/>
            </w:pPr>
            <w:r>
              <w:rPr>
                <w:sz w:val="19"/>
              </w:rPr>
              <w:t>ready、初始状态；尚未进入第1步。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D5043DD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失败；默认页面为 paused、第1/6步，显示8已入栈。</w:t>
            </w:r>
            <w:r>
              <w:rPr>
                <w:sz w:val="19"/>
                <w:lang w:eastAsia="zh-CN"/>
              </w:rPr>
              <w:br/>
            </w:r>
            <w:r>
              <w:rPr>
                <w:sz w:val="19"/>
              </w:rPr>
              <w:t>浏览器日志；B01</w:t>
            </w:r>
          </w:p>
        </w:tc>
      </w:tr>
      <w:tr w:rsidR="00116924" w14:paraId="3615CC6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9C9789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24141E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024A60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重播与前进回退按钮</w:t>
            </w:r>
            <w:r>
              <w:rPr>
                <w:sz w:val="19"/>
                <w:lang w:eastAsia="zh-CN"/>
              </w:rPr>
              <w:br/>
              <w:t>点击重播；确认初始态；前进1次，再回退1次。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02404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初始/第1步/初始切换正确，初始态回退按钮禁用。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6970B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通过；界面与 DOM 断言满足预期</w:t>
            </w:r>
            <w:r>
              <w:rPr>
                <w:sz w:val="19"/>
                <w:lang w:eastAsia="zh-CN"/>
              </w:rPr>
              <w:br/>
              <w:t>浏览器日志；B02</w:t>
            </w:r>
          </w:p>
        </w:tc>
      </w:tr>
      <w:tr w:rsidR="00116924" w14:paraId="60FDC051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50A1C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5A4461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FDFA02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播放暂停后步号稳定</w:t>
            </w:r>
            <w:r>
              <w:rPr>
                <w:sz w:val="19"/>
                <w:lang w:eastAsia="zh-CN"/>
              </w:rPr>
              <w:br/>
              <w:t>重播；点击播放；等待第1步；点击暂停；等待1100ms。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6CDE1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暂停后步号不变，状态 paused，按钮显示继续。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91F20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通过；暂停1100ms后仍为 第 1 / 6 步</w:t>
            </w:r>
            <w:r>
              <w:rPr>
                <w:sz w:val="19"/>
                <w:lang w:eastAsia="zh-CN"/>
              </w:rPr>
              <w:br/>
              <w:t>浏览器日志；B03</w:t>
            </w:r>
          </w:p>
        </w:tc>
      </w:tr>
      <w:tr w:rsidR="00116924" w14:paraId="0C0E8D6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C7C6D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249AD2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F544D4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连续单步与完成态</w:t>
            </w:r>
            <w:r>
              <w:rPr>
                <w:sz w:val="19"/>
                <w:lang w:eastAsia="zh-CN"/>
              </w:rPr>
              <w:br/>
              <w:t>重播；以 DOM 同步 click 连续触发20次前进；检查最终界面。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0253EE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停第6/6步；ended；前进禁用；显示最终快照2,5,9。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EA56BD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通过；ended；第6/6步；结果提示为[2, 5, 9]；已保存真实界面截图</w:t>
            </w:r>
            <w:r>
              <w:rPr>
                <w:sz w:val="19"/>
                <w:lang w:eastAsia="zh-CN"/>
              </w:rPr>
              <w:br/>
              <w:t>浏览器日志；B04</w:t>
            </w:r>
          </w:p>
        </w:tc>
      </w:tr>
    </w:tbl>
    <w:p w14:paraId="255405FC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其余浏览器测试</w:t>
      </w:r>
      <w:r>
        <w:rPr>
          <w:lang w:eastAsia="zh-CN"/>
        </w:rPr>
        <w:t xml:space="preserve"> 2</w:t>
      </w:r>
    </w:p>
    <w:p w14:paraId="23764C4C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57A1B9A2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C59B87C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9071B5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B12F46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6F79A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99F03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3D27D673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5B708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F84AAD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5596B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四档调速与自动完成</w:t>
            </w:r>
            <w:r>
              <w:rPr>
                <w:sz w:val="19"/>
                <w:lang w:eastAsia="zh-CN"/>
              </w:rPr>
              <w:br/>
              <w:t>重播；依次选择0.5、1、1.5、2倍；播放至 ended。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68358A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各档可选；2倍自动完成，最终步号6/6、按钮重播。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ECA94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通过；四档均可选；2倍播放实际到达ended</w:t>
            </w:r>
            <w:r>
              <w:rPr>
                <w:sz w:val="19"/>
                <w:lang w:eastAsia="zh-CN"/>
              </w:rPr>
              <w:br/>
              <w:t>浏览器日志；B05</w:t>
            </w:r>
          </w:p>
        </w:tc>
      </w:tr>
      <w:tr w:rsidR="00116924" w14:paraId="1021B8F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5ACDB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92104B" w14:textId="77777777" w:rsidR="00116924" w:rsidRDefault="00000000">
            <w:pPr>
              <w:spacing w:after="0"/>
            </w:pPr>
            <w:r>
              <w:rPr>
                <w:sz w:val="19"/>
              </w:rPr>
              <w:t>播放器页面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87AC9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深链步号与教学高亮</w:t>
            </w:r>
            <w:r>
              <w:rPr>
                <w:sz w:val="19"/>
                <w:lang w:eastAsia="zh-CN"/>
              </w:rPr>
              <w:br/>
              <w:t>打开 ?step=3；检查第4步、解释和高亮行。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F40DAB" w14:textId="77777777" w:rsidR="00116924" w:rsidRDefault="00000000">
            <w:pPr>
              <w:spacing w:after="0"/>
            </w:pPr>
            <w:r>
              <w:rPr>
                <w:sz w:val="19"/>
              </w:rPr>
              <w:t xml:space="preserve">第4/6步；解释等于Mock第4步；高亮行数与 </w:t>
            </w:r>
            <w:proofErr w:type="spellStart"/>
            <w:r>
              <w:rPr>
                <w:sz w:val="19"/>
              </w:rPr>
              <w:t>pseudoLineIds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数量一致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BD458A" w14:textId="77777777" w:rsidR="00116924" w:rsidRDefault="00000000">
            <w:pPr>
              <w:spacing w:after="0"/>
            </w:pPr>
            <w:r>
              <w:rPr>
                <w:sz w:val="19"/>
              </w:rPr>
              <w:t>通过；{"desc":"查看栈顶元素 8：peek 只读，不改变 size。","expected":"查看栈顶元素 8：peek 只读，不改变 size。","active":2,"ids":2}</w:t>
            </w:r>
            <w:r>
              <w:rPr>
                <w:sz w:val="19"/>
              </w:rPr>
              <w:br/>
              <w:t>浏览器日志；B06</w:t>
            </w:r>
          </w:p>
        </w:tc>
      </w:tr>
      <w:tr w:rsidR="00116924" w14:paraId="53C3F0B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C1C30E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64DC6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695AF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播放暂停与完成边界</w:t>
            </w:r>
            <w:r>
              <w:rPr>
                <w:sz w:val="19"/>
                <w:lang w:eastAsia="zh-CN"/>
              </w:rPr>
              <w:br/>
              <w:t>重播；播放后立即暂停并等待1000ms；选择2倍再播放至S8。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D3FBB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暂停后S1稳定；自动停S8；下一步禁用、播放按钮恢复。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6B8B1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通过；界面与 DOM 断言满足预期</w:t>
            </w:r>
            <w:r>
              <w:rPr>
                <w:sz w:val="19"/>
                <w:lang w:eastAsia="zh-CN"/>
              </w:rPr>
              <w:br/>
              <w:t>浏览器日志；B09</w:t>
            </w:r>
          </w:p>
        </w:tc>
      </w:tr>
      <w:tr w:rsidR="00116924" w14:paraId="37A08D96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F72E0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B10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AE3C5B" w14:textId="77777777" w:rsidR="00116924" w:rsidRDefault="00000000">
            <w:pPr>
              <w:spacing w:after="0"/>
            </w:pPr>
            <w:r>
              <w:rPr>
                <w:sz w:val="19"/>
              </w:rPr>
              <w:t>代码同步页面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4E392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完成后重播及键盘操作</w:t>
            </w:r>
            <w:r>
              <w:rPr>
                <w:sz w:val="19"/>
                <w:lang w:eastAsia="zh-CN"/>
              </w:rPr>
              <w:br/>
              <w:t>S8点击播放再暂停；body获焦点后按右、左方向键。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1F3CC62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末帧播放从S1重启；方向键依次切S2和S1。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F4BA6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通过；界面与 DOM 断言满足预期</w:t>
            </w:r>
            <w:r>
              <w:rPr>
                <w:sz w:val="19"/>
                <w:lang w:eastAsia="zh-CN"/>
              </w:rPr>
              <w:br/>
              <w:t>浏览器日志；B10</w:t>
            </w:r>
          </w:p>
        </w:tc>
      </w:tr>
    </w:tbl>
    <w:p w14:paraId="256490DB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其余浏览器测试</w:t>
      </w:r>
      <w:r>
        <w:rPr>
          <w:lang w:eastAsia="zh-CN"/>
        </w:rPr>
        <w:t xml:space="preserve"> 3</w:t>
      </w:r>
    </w:p>
    <w:p w14:paraId="1E15E17A" w14:textId="77777777" w:rsidR="00116924" w:rsidRDefault="00000000">
      <w:pPr>
        <w:rPr>
          <w:lang w:eastAsia="zh-CN"/>
        </w:rPr>
      </w:pPr>
      <w:r>
        <w:rPr>
          <w:lang w:eastAsia="zh-CN"/>
        </w:rPr>
        <w:t>实际执行记录。P日志／CS日志／QA日志／浏览器日志对应reports中的baseline-</w:t>
      </w:r>
      <w:proofErr w:type="spellStart"/>
      <w:r>
        <w:rPr>
          <w:lang w:eastAsia="zh-CN"/>
        </w:rPr>
        <w:t>playback.tap</w:t>
      </w:r>
      <w:proofErr w:type="spellEnd"/>
      <w:r>
        <w:rPr>
          <w:lang w:eastAsia="zh-CN"/>
        </w:rPr>
        <w:t>／baseline-code-sync.log／</w:t>
      </w:r>
      <w:proofErr w:type="spellStart"/>
      <w:r>
        <w:rPr>
          <w:lang w:eastAsia="zh-CN"/>
        </w:rPr>
        <w:t>qa.tap</w:t>
      </w:r>
      <w:proofErr w:type="spellEnd"/>
      <w:r>
        <w:rPr>
          <w:lang w:eastAsia="zh-CN"/>
        </w:rPr>
        <w:t>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022DBFC5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77B679" w14:textId="77777777" w:rsidR="00116924" w:rsidRDefault="00000000">
            <w:pPr>
              <w:spacing w:after="0"/>
              <w:jc w:val="center"/>
            </w:pPr>
            <w:proofErr w:type="spellStart"/>
            <w:r>
              <w:rPr>
                <w:b/>
                <w:sz w:val="19"/>
              </w:rPr>
              <w:t>用例编号</w:t>
            </w:r>
            <w:proofErr w:type="spellEnd"/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3A01FC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0F06E7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2C9814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722CC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5B7A823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228F6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E35987" w14:textId="77777777" w:rsidR="00116924" w:rsidRDefault="00000000">
            <w:pPr>
              <w:spacing w:after="0"/>
            </w:pPr>
            <w:r>
              <w:rPr>
                <w:sz w:val="19"/>
              </w:rPr>
              <w:t>代码同步组件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EE5FFF" w14:textId="77777777" w:rsidR="00116924" w:rsidRDefault="00000000">
            <w:pPr>
              <w:spacing w:after="0"/>
            </w:pPr>
            <w:r>
              <w:rPr>
                <w:sz w:val="19"/>
              </w:rPr>
              <w:t>DOM 空数据和越界钳制</w:t>
            </w:r>
            <w:r>
              <w:rPr>
                <w:sz w:val="19"/>
              </w:rPr>
              <w:br/>
              <w:t>QA 新建独立根元素；构造CodeSyncView；检查空程序；加载Mock并设-9、99。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E565D8" w14:textId="77777777" w:rsidR="00116924" w:rsidRDefault="00000000">
            <w:pPr>
              <w:spacing w:after="0"/>
            </w:pPr>
            <w:r>
              <w:rPr>
                <w:sz w:val="19"/>
              </w:rPr>
              <w:t>空数据有提示；越界分别钳制到0和7；destroy清空根元素。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80EFC0" w14:textId="77777777" w:rsidR="00116924" w:rsidRDefault="00000000">
            <w:pPr>
              <w:spacing w:after="0"/>
            </w:pPr>
            <w:r>
              <w:rPr>
                <w:sz w:val="19"/>
              </w:rPr>
              <w:t>通过；{"emptyMessage":"无步骤暂无步骤：请先载入 Step 数据。","low":0,"high":7,"empty":""}</w:t>
            </w:r>
            <w:r>
              <w:rPr>
                <w:sz w:val="19"/>
              </w:rPr>
              <w:br/>
              <w:t>浏览器日志；B11</w:t>
            </w:r>
          </w:p>
        </w:tc>
      </w:tr>
      <w:tr w:rsidR="00116924" w14:paraId="7046D4B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E3A18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8B77396" w14:textId="77777777" w:rsidR="00116924" w:rsidRDefault="00000000">
            <w:pPr>
              <w:spacing w:after="0"/>
            </w:pPr>
            <w:r>
              <w:rPr>
                <w:sz w:val="19"/>
              </w:rPr>
              <w:t>代码同步组件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D9EAEF" w14:textId="77777777" w:rsidR="00116924" w:rsidRDefault="00000000">
            <w:pPr>
              <w:spacing w:after="0"/>
            </w:pPr>
            <w:r>
              <w:rPr>
                <w:sz w:val="19"/>
              </w:rPr>
              <w:t>DOM 文本安全与字段兼容</w:t>
            </w:r>
            <w:r>
              <w:rPr>
                <w:sz w:val="19"/>
              </w:rPr>
              <w:br/>
              <w:t>QA 独立组件载入含&lt;img onerror&gt;的伪代码与旧 codeLine/desc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316711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文本按字面呈现，无</w:t>
            </w:r>
            <w:proofErr w:type="spellStart"/>
            <w:r>
              <w:rPr>
                <w:sz w:val="19"/>
                <w:lang w:eastAsia="zh-CN"/>
              </w:rPr>
              <w:t>img</w:t>
            </w:r>
            <w:proofErr w:type="spellEnd"/>
            <w:r>
              <w:rPr>
                <w:sz w:val="19"/>
                <w:lang w:eastAsia="zh-CN"/>
              </w:rPr>
              <w:t>标签、无脚本执行；旧字段高亮与解释正确。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EFD8E3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通过；界面与 DOM 断言满足预期</w:t>
            </w:r>
            <w:r>
              <w:rPr>
                <w:sz w:val="19"/>
                <w:lang w:eastAsia="zh-CN"/>
              </w:rPr>
              <w:br/>
              <w:t>浏览器日志；B12</w:t>
            </w:r>
          </w:p>
        </w:tc>
      </w:tr>
      <w:tr w:rsidR="00116924" w14:paraId="5241B06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5C25E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B13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228228F" w14:textId="77777777" w:rsidR="00116924" w:rsidRDefault="00000000">
            <w:pPr>
              <w:spacing w:after="0"/>
            </w:pPr>
            <w:r>
              <w:rPr>
                <w:sz w:val="19"/>
              </w:rPr>
              <w:t>浏览器记录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C28E8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页面错误与资源请求记录</w:t>
            </w:r>
            <w:r>
              <w:rPr>
                <w:sz w:val="19"/>
                <w:lang w:eastAsia="zh-CN"/>
              </w:rPr>
              <w:br/>
              <w:t xml:space="preserve">汇总两页面 </w:t>
            </w:r>
            <w:proofErr w:type="spellStart"/>
            <w:r>
              <w:rPr>
                <w:sz w:val="19"/>
                <w:lang w:eastAsia="zh-CN"/>
              </w:rPr>
              <w:t>pageerror</w:t>
            </w:r>
            <w:proofErr w:type="spellEnd"/>
            <w:r>
              <w:rPr>
                <w:sz w:val="19"/>
                <w:lang w:eastAsia="zh-CN"/>
              </w:rPr>
              <w:t>、</w:t>
            </w:r>
            <w:proofErr w:type="spellStart"/>
            <w:r>
              <w:rPr>
                <w:sz w:val="19"/>
                <w:lang w:eastAsia="zh-CN"/>
              </w:rPr>
              <w:t>console.error</w:t>
            </w:r>
            <w:proofErr w:type="spellEnd"/>
            <w:r>
              <w:rPr>
                <w:sz w:val="19"/>
                <w:lang w:eastAsia="zh-CN"/>
              </w:rPr>
              <w:t>、请求失败及HTTP错误。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E2D54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无未捕获页面异常、控制台error、请求失败或HTTP 4xx/5xx。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1D6894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通过；pageerror</w:t>
            </w:r>
            <w:proofErr w:type="spellEnd"/>
            <w:r>
              <w:rPr>
                <w:sz w:val="19"/>
              </w:rPr>
              <w:t>=0；console.error=0；requestfailed=0；HTTP错误=0</w:t>
            </w:r>
            <w:r>
              <w:rPr>
                <w:sz w:val="19"/>
              </w:rPr>
              <w:br/>
              <w:t>浏览器日志；B13</w:t>
            </w:r>
          </w:p>
        </w:tc>
      </w:tr>
    </w:tbl>
    <w:p w14:paraId="3D1A74C8" w14:textId="77777777" w:rsidR="00116924" w:rsidRDefault="00000000">
      <w:pPr>
        <w:pStyle w:val="1"/>
        <w:pageBreakBefore/>
      </w:pPr>
      <w:r>
        <w:lastRenderedPageBreak/>
        <w:t>原有播放器测试</w:t>
      </w:r>
      <w:r>
        <w:t xml:space="preserve"> 1</w:t>
      </w:r>
    </w:p>
    <w:p w14:paraId="3AFEEA0F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0B86B103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660D46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182FB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EC426C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ABCFE22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6E0A1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40297CB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41759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48EFDA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2681C5" w14:textId="77777777" w:rsidR="00116924" w:rsidRDefault="00000000">
            <w:pPr>
              <w:spacing w:after="0"/>
            </w:pPr>
            <w:r>
              <w:rPr>
                <w:sz w:val="19"/>
              </w:rPr>
              <w:t>validatePlan 接受符合设计说明书字段的 Mock 计划</w:t>
            </w:r>
            <w:r>
              <w:rPr>
                <w:sz w:val="19"/>
              </w:rPr>
              <w:br/>
              <w:t>校验原始6步栈Mock；逐步检查seq、时长、高亮和代码行数组。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4D3AE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计划被接受；6步seq连续，必填字段类型正确。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9D9B60A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</w:t>
            </w:r>
          </w:p>
        </w:tc>
      </w:tr>
      <w:tr w:rsidR="00116924" w14:paraId="230861A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A2659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B1FA439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EC0729" w14:textId="77777777" w:rsidR="00116924" w:rsidRDefault="00000000">
            <w:pPr>
              <w:spacing w:after="0"/>
            </w:pPr>
            <w:r>
              <w:rPr>
                <w:sz w:val="19"/>
              </w:rPr>
              <w:t>validatePlan 拒绝空计划、超长计划、序号错乱与越界高亮</w:t>
            </w:r>
            <w:r>
              <w:rPr>
                <w:sz w:val="19"/>
              </w:rPr>
              <w:br/>
              <w:t>依次传入空步骤、129步、seq=2、越界高亮5和值1000。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DB6B77" w14:textId="77777777" w:rsidR="00116924" w:rsidRDefault="00000000">
            <w:pPr>
              <w:spacing w:after="0"/>
            </w:pPr>
            <w:r>
              <w:rPr>
                <w:sz w:val="19"/>
              </w:rPr>
              <w:t>分别抛STEPS_EMPTY、STEPS_TOO_MANY、STEP_SEQ_MISMATCH、HIGHLIGHT_OUT_OF_RANGE、SNAPSHOT_INVALID。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B67737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2</w:t>
            </w:r>
          </w:p>
        </w:tc>
      </w:tr>
      <w:tr w:rsidR="00116924" w14:paraId="347AA03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973A6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A963FB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6D5BBE" w14:textId="77777777" w:rsidR="00116924" w:rsidRDefault="00000000">
            <w:pPr>
              <w:spacing w:after="0"/>
            </w:pPr>
            <w:r>
              <w:rPr>
                <w:sz w:val="19"/>
              </w:rPr>
              <w:t>loadPlan 后停在初始快照：ready / index -1 / 不能回退</w:t>
            </w:r>
            <w:r>
              <w:rPr>
                <w:sz w:val="19"/>
              </w:rPr>
              <w:br/>
              <w:t>loadPlan原始栈Mock；读取state、frame与按钮能力。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654D69" w14:textId="77777777" w:rsidR="00116924" w:rsidRDefault="00000000">
            <w:pPr>
              <w:spacing w:after="0"/>
            </w:pPr>
            <w:r>
              <w:rPr>
                <w:sz w:val="19"/>
              </w:rPr>
              <w:t>ready、index=-1、total=6、不能回退；快照[2,5]。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577044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3</w:t>
            </w:r>
          </w:p>
        </w:tc>
      </w:tr>
      <w:tr w:rsidR="00116924" w14:paraId="7023B99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F62458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137363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3E812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单步前进与回退：逐帧切换，边界处不再越界</w:t>
            </w:r>
            <w:r>
              <w:rPr>
                <w:sz w:val="19"/>
                <w:lang w:eastAsia="zh-CN"/>
              </w:rPr>
              <w:br/>
              <w:t>初始</w:t>
            </w:r>
            <w:proofErr w:type="spellStart"/>
            <w:r>
              <w:rPr>
                <w:sz w:val="19"/>
                <w:lang w:eastAsia="zh-CN"/>
              </w:rPr>
              <w:t>prev</w:t>
            </w:r>
            <w:proofErr w:type="spellEnd"/>
            <w:r>
              <w:rPr>
                <w:sz w:val="19"/>
                <w:lang w:eastAsia="zh-CN"/>
              </w:rPr>
              <w:t>；next两次，再</w:t>
            </w:r>
            <w:proofErr w:type="spellStart"/>
            <w:r>
              <w:rPr>
                <w:sz w:val="19"/>
                <w:lang w:eastAsia="zh-CN"/>
              </w:rPr>
              <w:t>prev</w:t>
            </w:r>
            <w:proofErr w:type="spellEnd"/>
            <w:r>
              <w:rPr>
                <w:sz w:val="19"/>
                <w:lang w:eastAsia="zh-CN"/>
              </w:rPr>
              <w:t>两次。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1ED3CA9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初始prev返回false；快照逐帧切换并回ready</w:t>
            </w:r>
            <w:proofErr w:type="spellEnd"/>
            <w:r>
              <w:rPr>
                <w:sz w:val="19"/>
              </w:rPr>
              <w:t>/-1。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3CFF87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4</w:t>
            </w:r>
          </w:p>
        </w:tc>
      </w:tr>
      <w:tr w:rsidR="00116924" w14:paraId="5A9FB83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9447C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934AE1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1AC778C" w14:textId="77777777" w:rsidR="00116924" w:rsidRDefault="00000000">
            <w:pPr>
              <w:spacing w:after="0"/>
            </w:pPr>
            <w:r>
              <w:rPr>
                <w:sz w:val="19"/>
              </w:rPr>
              <w:t>自动播放按 durationMs 逐帧推进，末帧后提交 resultState 且只提交一次</w:t>
            </w:r>
            <w:r>
              <w:rPr>
                <w:sz w:val="19"/>
              </w:rPr>
              <w:br/>
              <w:t>play后按600/900/900/1100/800/1100ms推进假时钟。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731F9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按时进入6帧；ended；回调1次且结果[2,5,9]；无挂起计时器。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8F7C48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5</w:t>
            </w:r>
          </w:p>
        </w:tc>
      </w:tr>
    </w:tbl>
    <w:p w14:paraId="3C6BCD15" w14:textId="77777777" w:rsidR="00116924" w:rsidRDefault="00000000">
      <w:pPr>
        <w:pStyle w:val="1"/>
        <w:pageBreakBefore/>
      </w:pPr>
      <w:r>
        <w:lastRenderedPageBreak/>
        <w:t>原有播放器测试</w:t>
      </w:r>
      <w:r>
        <w:t xml:space="preserve"> 2</w:t>
      </w:r>
    </w:p>
    <w:p w14:paraId="0EA77F11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31897090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C259E2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FF217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B3E7C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CFF92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959BDF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241A2CD7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B000C9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B1AC288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A5DF5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暂停后时间流逝不再推进，继续播放可以从当前帧接着走</w:t>
            </w:r>
            <w:r>
              <w:rPr>
                <w:sz w:val="19"/>
                <w:lang w:eastAsia="zh-CN"/>
              </w:rPr>
              <w:br/>
              <w:t>播放600ms后pause；推进10000ms；继续播放900ms。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76867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暂停时不推进；继续后由第1步前进至第2步。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1260D8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6</w:t>
            </w:r>
          </w:p>
        </w:tc>
      </w:tr>
      <w:tr w:rsidR="00116924" w14:paraId="3760424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36FCF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924BF2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27844B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变速会立即重排当前帧：2× 为一半时长，0.5× 为两倍时长</w:t>
            </w:r>
            <w:r>
              <w:rPr>
                <w:sz w:val="19"/>
                <w:lang w:eastAsia="zh-CN"/>
              </w:rPr>
              <w:br/>
              <w:t>play后依次设2、0.5、1倍，读取下一帧延时。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F0734C" w14:textId="77777777" w:rsidR="00116924" w:rsidRDefault="00000000">
            <w:pPr>
              <w:spacing w:after="0"/>
            </w:pPr>
            <w:r>
              <w:rPr>
                <w:sz w:val="19"/>
              </w:rPr>
              <w:t>延时为300、1200、600ms。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841683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7</w:t>
            </w:r>
          </w:p>
        </w:tc>
      </w:tr>
      <w:tr w:rsidR="00116924" w14:paraId="17D6CEB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DBA1D2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DBAAB7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C30F58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重播回到初始快照且复用同一计划，可再次触发末帧提交</w:t>
            </w:r>
            <w:r>
              <w:rPr>
                <w:sz w:val="19"/>
                <w:lang w:eastAsia="zh-CN"/>
              </w:rPr>
              <w:br/>
              <w:t>自动播完一次；replay；检查初态；再次播完。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D479AED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重播回初态[2,5]，同一计划复用；两轮各回调一次。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F0F44FF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8</w:t>
            </w:r>
          </w:p>
        </w:tc>
      </w:tr>
      <w:tr w:rsidR="00116924" w14:paraId="28EC4453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C61C4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378DB0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3434DC4" w14:textId="77777777" w:rsidR="00116924" w:rsidRDefault="00000000">
            <w:pPr>
              <w:spacing w:after="0"/>
            </w:pPr>
            <w:r>
              <w:rPr>
                <w:sz w:val="19"/>
              </w:rPr>
              <w:t>末帧按播放键等于重播，不会卡在 ended</w:t>
            </w:r>
            <w:r>
              <w:rPr>
                <w:sz w:val="19"/>
              </w:rPr>
              <w:br/>
              <w:t>next六次到末帧；play；推进600ms。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0B0DDA" w14:textId="77777777" w:rsidR="00116924" w:rsidRDefault="00000000">
            <w:pPr>
              <w:spacing w:after="0"/>
            </w:pPr>
            <w:r>
              <w:rPr>
                <w:sz w:val="19"/>
              </w:rPr>
              <w:t>重新playing且index=-1，再进入第1步。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1F4022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9</w:t>
            </w:r>
          </w:p>
        </w:tc>
      </w:tr>
      <w:tr w:rsidR="00116924" w14:paraId="436B113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05F44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781BC1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CDB984" w14:textId="77777777" w:rsidR="00116924" w:rsidRDefault="00000000">
            <w:pPr>
              <w:spacing w:after="0"/>
            </w:pPr>
            <w:r>
              <w:rPr>
                <w:sz w:val="19"/>
              </w:rPr>
              <w:t>seek 跳到任意步骤只展示不提交，非法下标被拒绝</w:t>
            </w:r>
            <w:r>
              <w:rPr>
                <w:sz w:val="19"/>
              </w:rPr>
              <w:br/>
              <w:t>seek(3)、seek(5)；再传-1、6、NaN。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F52E74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合法跳转只展示不提交；非法下标返回false。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7F5EF8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10</w:t>
            </w:r>
          </w:p>
        </w:tc>
      </w:tr>
    </w:tbl>
    <w:p w14:paraId="7D7FF22C" w14:textId="77777777" w:rsidR="00116924" w:rsidRDefault="00000000">
      <w:pPr>
        <w:pStyle w:val="1"/>
        <w:pageBreakBefore/>
      </w:pPr>
      <w:r>
        <w:lastRenderedPageBreak/>
        <w:t>原有播放器测试</w:t>
      </w:r>
      <w:r>
        <w:t xml:space="preserve"> 3</w:t>
      </w:r>
    </w:p>
    <w:p w14:paraId="307A6C9C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258ED56F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A5626E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BDF3E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437608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13EDD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6974DC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01FDFFB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39EC19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759586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5F5FD3D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单步走到末帧会提交最终快照，且不会重复提交</w:t>
            </w:r>
            <w:r>
              <w:rPr>
                <w:sz w:val="19"/>
                <w:lang w:eastAsia="zh-CN"/>
              </w:rPr>
              <w:br/>
              <w:t>next五次后检查回调；next进入末帧；再next一次。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00D28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到末帧才回调1次，不能继续前进或重复提交。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99FFFA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11</w:t>
            </w:r>
          </w:p>
        </w:tc>
      </w:tr>
      <w:tr w:rsidR="00116924" w14:paraId="59333921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848374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7C39F7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C88D8B" w14:textId="77777777" w:rsidR="00116924" w:rsidRDefault="00000000">
            <w:pPr>
              <w:spacing w:after="0"/>
            </w:pPr>
            <w:r>
              <w:rPr>
                <w:sz w:val="19"/>
              </w:rPr>
              <w:t>校验失败时抛 PlaybackPlanError 并保留上一份计划</w:t>
            </w:r>
            <w:r>
              <w:rPr>
                <w:sz w:val="19"/>
              </w:rPr>
              <w:br/>
              <w:t>已加载计划seek(2)后，loadPlan({steps:[]})。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EAC95D" w14:textId="77777777" w:rsidR="00116924" w:rsidRDefault="00000000">
            <w:pPr>
              <w:spacing w:after="0"/>
            </w:pPr>
            <w:r>
              <w:rPr>
                <w:sz w:val="19"/>
              </w:rPr>
              <w:t>抛PlaybackPlanError/STEPS_EMPTY；仍index=2、total=6。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33BD3A4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12</w:t>
            </w:r>
          </w:p>
        </w:tc>
      </w:tr>
      <w:tr w:rsidR="00116924" w14:paraId="0E626F54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239F4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A1222E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A926F0" w14:textId="77777777" w:rsidR="00116924" w:rsidRDefault="00000000">
            <w:pPr>
              <w:spacing w:after="0"/>
            </w:pPr>
            <w:r>
              <w:rPr>
                <w:sz w:val="19"/>
              </w:rPr>
              <w:t>subscribe 立即回放当前状态，并在每次变化时收到通知</w:t>
            </w:r>
            <w:r>
              <w:rPr>
                <w:sz w:val="19"/>
              </w:rPr>
              <w:br/>
              <w:t>subscribe收集状态；next两次；取消订阅后再next。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479223" w14:textId="77777777" w:rsidR="00116924" w:rsidRDefault="00000000">
            <w:pPr>
              <w:spacing w:after="0"/>
            </w:pPr>
            <w:r>
              <w:rPr>
                <w:sz w:val="19"/>
              </w:rPr>
              <w:t>立即收到ready；两次paused通知；取消后不再通知。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BE3776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13</w:t>
            </w:r>
          </w:p>
        </w:tc>
      </w:tr>
      <w:tr w:rsidR="00116924" w14:paraId="7304850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155AB9A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EA514B9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18FF0F" w14:textId="77777777" w:rsidR="00116924" w:rsidRDefault="00000000">
            <w:pPr>
              <w:spacing w:after="0"/>
            </w:pPr>
            <w:r>
              <w:rPr>
                <w:sz w:val="19"/>
              </w:rPr>
              <w:t>clampSpeed 把任意倍率归一到四档，frameDelayMs 有下限</w:t>
            </w:r>
            <w:r>
              <w:rPr>
                <w:sz w:val="19"/>
              </w:rPr>
              <w:br/>
              <w:t>对0.7、1.2、1.7、99、abc归一倍率；计算900/100ms帧延时。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FFDB40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归一至0.5/1/1.5/2/1；最短延时60ms。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F102C9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14</w:t>
            </w:r>
          </w:p>
        </w:tc>
      </w:tr>
      <w:tr w:rsidR="00116924" w14:paraId="30CEFED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6F42B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60599A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5A35F9" w14:textId="77777777" w:rsidR="00116924" w:rsidRDefault="00000000">
            <w:pPr>
              <w:spacing w:after="0"/>
            </w:pPr>
            <w:r>
              <w:rPr>
                <w:sz w:val="19"/>
              </w:rPr>
              <w:t>§6.3 容量：栈快照超过 8 个元素被拒绝</w:t>
            </w:r>
            <w:r>
              <w:rPr>
                <w:sz w:val="19"/>
              </w:rPr>
              <w:br/>
              <w:t>构造stack快照[1..9]，调用validatePlan。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D560CF" w14:textId="77777777" w:rsidR="00116924" w:rsidRDefault="00000000">
            <w:pPr>
              <w:spacing w:after="0"/>
            </w:pPr>
            <w:r>
              <w:rPr>
                <w:sz w:val="19"/>
              </w:rPr>
              <w:t>抛CAPACITY_EXCEEDED。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EFA664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15</w:t>
            </w:r>
          </w:p>
        </w:tc>
      </w:tr>
    </w:tbl>
    <w:p w14:paraId="1013D7B3" w14:textId="77777777" w:rsidR="00116924" w:rsidRDefault="00000000">
      <w:pPr>
        <w:pStyle w:val="1"/>
        <w:pageBreakBefore/>
      </w:pPr>
      <w:r>
        <w:lastRenderedPageBreak/>
        <w:t>原有播放器测试</w:t>
      </w:r>
      <w:r>
        <w:t xml:space="preserve"> 4</w:t>
      </w:r>
    </w:p>
    <w:p w14:paraId="6446B415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4A10C426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778377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EFB2D0C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4FBDD68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69B386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B19063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0DB7692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41C0E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592CC69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B8DE92" w14:textId="77777777" w:rsidR="00116924" w:rsidRDefault="00000000">
            <w:pPr>
              <w:spacing w:after="0"/>
            </w:pPr>
            <w:r>
              <w:rPr>
                <w:sz w:val="19"/>
              </w:rPr>
              <w:t>§6.3 容量：计划声明的 capacity 与结构规定不符被拒绝</w:t>
            </w:r>
            <w:r>
              <w:rPr>
                <w:sz w:val="19"/>
              </w:rPr>
              <w:br/>
              <w:t>读取四类容量常量；向stack声明capacity=9。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3F43A9" w14:textId="77777777" w:rsidR="00116924" w:rsidRDefault="00000000">
            <w:pPr>
              <w:spacing w:after="0"/>
            </w:pPr>
            <w:r>
              <w:rPr>
                <w:sz w:val="19"/>
              </w:rPr>
              <w:t>常量为8/8/9/15；抛CAPACITY_MISMATCH。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C135BD8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16</w:t>
            </w:r>
          </w:p>
        </w:tc>
      </w:tr>
      <w:tr w:rsidR="00116924" w14:paraId="05BDB7A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4AB8F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A7B35A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985DB0" w14:textId="77777777" w:rsidR="00116924" w:rsidRDefault="00000000">
            <w:pPr>
              <w:spacing w:after="0"/>
            </w:pPr>
            <w:r>
              <w:rPr>
                <w:sz w:val="19"/>
              </w:rPr>
              <w:t>§6.3 BST 树值不重复：重复值被拒绝</w:t>
            </w:r>
            <w:r>
              <w:rPr>
                <w:sz w:val="19"/>
              </w:rPr>
              <w:br/>
              <w:t>构造bst快照[5,3,5]，capacity=15。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14EE22F" w14:textId="77777777" w:rsidR="00116924" w:rsidRDefault="00000000">
            <w:pPr>
              <w:spacing w:after="0"/>
            </w:pPr>
            <w:r>
              <w:rPr>
                <w:sz w:val="19"/>
              </w:rPr>
              <w:t>抛DUPLICATE_VALUE。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A47F63A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17</w:t>
            </w:r>
          </w:p>
        </w:tc>
      </w:tr>
      <w:tr w:rsidR="00116924" w14:paraId="5567F18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3C794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05AEA6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09FAEF" w14:textId="77777777" w:rsidR="00116924" w:rsidRDefault="00000000">
            <w:pPr>
              <w:spacing w:after="0"/>
            </w:pPr>
            <w:r>
              <w:rPr>
                <w:sz w:val="19"/>
              </w:rPr>
              <w:t>图6-2B 不变量：resultState 必须等于最后一步快照</w:t>
            </w:r>
            <w:r>
              <w:rPr>
                <w:sz w:val="19"/>
              </w:rPr>
              <w:br/>
              <w:t>构造末帧[1]而resultState=[1,2]。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EC7A7E" w14:textId="77777777" w:rsidR="00116924" w:rsidRDefault="00000000">
            <w:pPr>
              <w:spacing w:after="0"/>
            </w:pPr>
            <w:r>
              <w:rPr>
                <w:sz w:val="19"/>
              </w:rPr>
              <w:t>抛RESULT_STATE_MISMATCH。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E23FB2E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18</w:t>
            </w:r>
          </w:p>
        </w:tc>
      </w:tr>
      <w:tr w:rsidR="00116924" w14:paraId="23CEFD1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A9650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P19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9615C9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CEA21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附录A T05：旧代次的迟到响应被丢弃，不覆盖已加载计划</w:t>
            </w:r>
            <w:r>
              <w:rPr>
                <w:sz w:val="19"/>
                <w:lang w:eastAsia="zh-CN"/>
              </w:rPr>
              <w:br/>
              <w:t>代次1加载6步；切到代次2；接收旧代次1计划，再接收代次2计划。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2D9072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旧响应返回false且帧不变；当前代次可加载1步计划。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0B2675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19</w:t>
            </w:r>
          </w:p>
        </w:tc>
      </w:tr>
      <w:tr w:rsidR="00116924" w14:paraId="1FB4226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D04A19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P20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B79842" w14:textId="77777777" w:rsidR="00116924" w:rsidRDefault="00000000">
            <w:pPr>
              <w:spacing w:after="0"/>
            </w:pPr>
            <w:r>
              <w:rPr>
                <w:sz w:val="19"/>
              </w:rPr>
              <w:t>原有播放器测试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58DED1" w14:textId="77777777" w:rsidR="00116924" w:rsidRDefault="00000000">
            <w:pPr>
              <w:spacing w:after="0"/>
            </w:pPr>
            <w:r>
              <w:rPr>
                <w:sz w:val="19"/>
              </w:rPr>
              <w:t>getPlanMeta 暴露 requestId / configVersion / 结构类型与容量</w:t>
            </w:r>
            <w:r>
              <w:rPr>
                <w:sz w:val="19"/>
              </w:rPr>
              <w:br/>
              <w:t>未加载时getPlanMeta；加载原始栈Mock后再读取。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968AC4E" w14:textId="77777777" w:rsidR="00116924" w:rsidRDefault="00000000">
            <w:pPr>
              <w:spacing w:after="0"/>
            </w:pPr>
            <w:r>
              <w:rPr>
                <w:sz w:val="19"/>
              </w:rPr>
              <w:t>先null；后含requestId、configVersion、stack、capacity=8、total=6、generation=0。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FA6DE89" w14:textId="77777777" w:rsidR="00116924" w:rsidRDefault="00000000">
            <w:pPr>
              <w:spacing w:after="0"/>
            </w:pPr>
            <w:r>
              <w:rPr>
                <w:sz w:val="19"/>
                <w:lang w:eastAsia="zh-CN"/>
              </w:rPr>
              <w:t>通过；原有测试断言全部满足。</w:t>
            </w:r>
            <w:r>
              <w:rPr>
                <w:sz w:val="19"/>
                <w:lang w:eastAsia="zh-CN"/>
              </w:rPr>
              <w:br/>
            </w:r>
            <w:proofErr w:type="spellStart"/>
            <w:r>
              <w:rPr>
                <w:sz w:val="19"/>
              </w:rPr>
              <w:t>P日志；ok</w:t>
            </w:r>
            <w:proofErr w:type="spellEnd"/>
            <w:r>
              <w:rPr>
                <w:sz w:val="19"/>
              </w:rPr>
              <w:t xml:space="preserve"> 20</w:t>
            </w:r>
          </w:p>
        </w:tc>
      </w:tr>
    </w:tbl>
    <w:p w14:paraId="5C99CF0B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1</w:t>
      </w:r>
    </w:p>
    <w:p w14:paraId="13A8C738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5FD7691A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CEF6A3D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CB772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3A720E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DA73DC6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3F9C3C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7E14313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E7E7CE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CB4B01E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AD5200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伪代码为 14 行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D3B728F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伪代码为</w:t>
            </w:r>
            <w:proofErr w:type="spellEnd"/>
            <w:r>
              <w:rPr>
                <w:sz w:val="19"/>
              </w:rPr>
              <w:t xml:space="preserve"> 14 行。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A697A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CS日志；A01</w:t>
            </w:r>
          </w:p>
        </w:tc>
      </w:tr>
      <w:tr w:rsidR="00116924" w14:paraId="4F1B5AD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7AFEAA2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C92DC7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EE1ED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行号从 1 连续到 14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C21AEA9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行号从</w:t>
            </w:r>
            <w:proofErr w:type="spellEnd"/>
            <w:r>
              <w:rPr>
                <w:sz w:val="19"/>
              </w:rPr>
              <w:t xml:space="preserve"> 1 </w:t>
            </w:r>
            <w:proofErr w:type="spellStart"/>
            <w:r>
              <w:rPr>
                <w:sz w:val="19"/>
              </w:rPr>
              <w:t>连续到</w:t>
            </w:r>
            <w:proofErr w:type="spellEnd"/>
            <w:r>
              <w:rPr>
                <w:sz w:val="19"/>
              </w:rPr>
              <w:t xml:space="preserve"> 14。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3368F1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CS日志；A02</w:t>
            </w:r>
          </w:p>
        </w:tc>
      </w:tr>
      <w:tr w:rsidR="00116924" w14:paraId="16D7FD59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777BD05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9B5263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B49D8C" w14:textId="77777777" w:rsidR="00116924" w:rsidRDefault="00000000">
            <w:pPr>
              <w:spacing w:after="0"/>
            </w:pPr>
            <w:r>
              <w:rPr>
                <w:sz w:val="19"/>
              </w:rPr>
              <w:t>每行文本非空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80CC7D1" w14:textId="77777777" w:rsidR="00116924" w:rsidRDefault="00000000">
            <w:pPr>
              <w:spacing w:after="0"/>
            </w:pPr>
            <w:r>
              <w:rPr>
                <w:sz w:val="19"/>
              </w:rPr>
              <w:t>每行文本非空。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5A937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CS日志；A03</w:t>
            </w:r>
          </w:p>
        </w:tc>
      </w:tr>
      <w:tr w:rsidR="00116924" w14:paraId="5622C9D4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1EECF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758AF5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60C0E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缩进取值 0/1/2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D641E7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缩进取值</w:t>
            </w:r>
            <w:proofErr w:type="spellEnd"/>
            <w:r>
              <w:rPr>
                <w:sz w:val="19"/>
              </w:rPr>
              <w:t xml:space="preserve"> 0/1/2。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AB13C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CS日志；A04</w:t>
            </w:r>
          </w:p>
        </w:tc>
      </w:tr>
      <w:tr w:rsidR="00116924" w14:paraId="76FB3A4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A5B2B2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C5009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AB5C92D" w14:textId="77777777" w:rsidR="00116924" w:rsidRDefault="00000000">
            <w:pPr>
              <w:spacing w:after="0"/>
            </w:pPr>
            <w:r>
              <w:rPr>
                <w:sz w:val="19"/>
              </w:rPr>
              <w:t>Step 数量为 8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F38F06" w14:textId="77777777" w:rsidR="00116924" w:rsidRDefault="00000000">
            <w:pPr>
              <w:spacing w:after="0"/>
            </w:pPr>
            <w:r>
              <w:rPr>
                <w:sz w:val="19"/>
              </w:rPr>
              <w:t>Step 数量为 8。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C2C48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CS日志；A05</w:t>
            </w:r>
          </w:p>
        </w:tc>
      </w:tr>
      <w:tr w:rsidR="00116924" w14:paraId="321037F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F8771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CFD5C09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EC0A55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seq 从 1 连续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935C1D" w14:textId="77777777" w:rsidR="00116924" w:rsidRDefault="00000000">
            <w:pPr>
              <w:spacing w:after="0"/>
            </w:pPr>
            <w:r>
              <w:rPr>
                <w:sz w:val="19"/>
              </w:rPr>
              <w:t xml:space="preserve">seq 从 1 </w:t>
            </w:r>
            <w:proofErr w:type="spellStart"/>
            <w:r>
              <w:rPr>
                <w:sz w:val="19"/>
              </w:rPr>
              <w:t>连续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3417AC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CS日志；A06</w:t>
            </w:r>
          </w:p>
        </w:tc>
      </w:tr>
    </w:tbl>
    <w:p w14:paraId="33404C43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2</w:t>
      </w:r>
    </w:p>
    <w:p w14:paraId="44BA6308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11D35A8C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7608B1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383F85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E9CDA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08233CA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099CDB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052B47F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45704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F1D95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2CC92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每步都有伪代码行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C2EE856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每步都有伪代码行</w:t>
            </w:r>
            <w:proofErr w:type="spellEnd"/>
            <w:r>
              <w:rPr>
                <w:sz w:val="19"/>
              </w:rPr>
              <w:t>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E942A6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CS日志；A07</w:t>
            </w:r>
          </w:p>
        </w:tc>
      </w:tr>
      <w:tr w:rsidR="00116924" w14:paraId="40B936F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74E8C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8132BE0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2872DC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行号均存在于伪代码中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6F5143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行号均存在于伪代码中。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15A72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CS日志；A08</w:t>
            </w:r>
          </w:p>
        </w:tc>
      </w:tr>
      <w:tr w:rsidR="00116924" w14:paraId="39905F5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7F62E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A09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E00F27B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56340FB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description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C0D765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description。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013FAF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CS日志；A09</w:t>
            </w:r>
          </w:p>
        </w:tc>
      </w:tr>
      <w:tr w:rsidR="00116924" w14:paraId="07D6C7C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A6D64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789402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D2B537" w14:textId="77777777" w:rsidR="00116924" w:rsidRDefault="00000000">
            <w:pPr>
              <w:spacing w:after="0"/>
            </w:pPr>
            <w:r>
              <w:rPr>
                <w:sz w:val="19"/>
              </w:rPr>
              <w:t>description ≤ 30 字（一屏可读）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7EEA6E" w14:textId="77777777" w:rsidR="00116924" w:rsidRDefault="00000000">
            <w:pPr>
              <w:spacing w:after="0"/>
            </w:pPr>
            <w:r>
              <w:rPr>
                <w:sz w:val="19"/>
              </w:rPr>
              <w:t>description ≤ 30 字（一屏可读）。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F443B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CS日志；A10</w:t>
            </w:r>
          </w:p>
        </w:tc>
      </w:tr>
      <w:tr w:rsidR="00116924" w14:paraId="0EF722A6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BBFB4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A3E401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6ED4F3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detail（为什么）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EC5F46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detail（为什么）。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0FB09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CS日志；A11</w:t>
            </w:r>
          </w:p>
        </w:tc>
      </w:tr>
      <w:tr w:rsidR="00116924" w14:paraId="730CCEE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F8E2D7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C233636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DE382DF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snapshot.values 数组</w:t>
            </w:r>
            <w:r>
              <w:rPr>
                <w:sz w:val="19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C2062E6" w14:textId="77777777" w:rsidR="00116924" w:rsidRDefault="00000000">
            <w:pPr>
              <w:spacing w:after="0"/>
            </w:pPr>
            <w:r>
              <w:rPr>
                <w:sz w:val="19"/>
              </w:rPr>
              <w:t>每步都有 snapshot.values 数组。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7F131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CS日志；A12</w:t>
            </w:r>
          </w:p>
        </w:tc>
      </w:tr>
    </w:tbl>
    <w:p w14:paraId="4D6A0A19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3</w:t>
      </w:r>
    </w:p>
    <w:p w14:paraId="781231ED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2F30EB18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D1250EC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B76970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154E9B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961CD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6DC5EE2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197F5DDA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2B7B19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C23C3D8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1D09D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未使用"指针重定向"等禁用术语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C0F5BD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未使用"指针重定向"等禁用术语。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422B2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CS日志；A13</w:t>
            </w:r>
          </w:p>
        </w:tc>
      </w:tr>
      <w:tr w:rsidR="00116924" w14:paraId="07D9BBC9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403B61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932C125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28782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黄金样例终态 = 10,20,30,40</w:t>
            </w:r>
            <w:r>
              <w:rPr>
                <w:sz w:val="19"/>
                <w:lang w:eastAsia="zh-CN"/>
              </w:rPr>
              <w:br/>
              <w:t>执行原脚本 ok 断言；读取 Mock 的伪代码或 Step 字段。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96C749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黄金样例终态</w:t>
            </w:r>
            <w:proofErr w:type="spellEnd"/>
            <w:r>
              <w:rPr>
                <w:sz w:val="19"/>
              </w:rPr>
              <w:t xml:space="preserve"> = 10,20,30,40。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68282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CS日志；A14</w:t>
            </w:r>
          </w:p>
        </w:tc>
      </w:tr>
      <w:tr w:rsidR="00116924" w14:paraId="62995DF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05D06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518FD13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B18CD4" w14:textId="77777777" w:rsidR="00116924" w:rsidRDefault="00000000">
            <w:pPr>
              <w:spacing w:after="0"/>
            </w:pPr>
            <w:r>
              <w:rPr>
                <w:sz w:val="19"/>
              </w:rPr>
              <w:t>S1 仅高亮 L02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74936F" w14:textId="77777777" w:rsidR="00116924" w:rsidRDefault="00000000">
            <w:pPr>
              <w:spacing w:after="0"/>
            </w:pPr>
            <w:r>
              <w:rPr>
                <w:sz w:val="19"/>
              </w:rPr>
              <w:t>S1 仅高亮 L02。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B48CAC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CS日志；A15</w:t>
            </w:r>
          </w:p>
        </w:tc>
      </w:tr>
      <w:tr w:rsidR="00116924" w14:paraId="718A407D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B67C76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D18964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90A8F3" w14:textId="77777777" w:rsidR="00116924" w:rsidRDefault="00000000">
            <w:pPr>
              <w:spacing w:after="0"/>
            </w:pPr>
            <w:r>
              <w:rPr>
                <w:sz w:val="19"/>
              </w:rPr>
              <w:t>S1 已执行集合仅含 L02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AE7A7F" w14:textId="77777777" w:rsidR="00116924" w:rsidRDefault="00000000">
            <w:pPr>
              <w:spacing w:after="0"/>
            </w:pPr>
            <w:r>
              <w:rPr>
                <w:sz w:val="19"/>
              </w:rPr>
              <w:t>S1 已执行集合仅含 L02。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09E3CA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CS日志；A16</w:t>
            </w:r>
          </w:p>
        </w:tc>
      </w:tr>
      <w:tr w:rsidR="00116924" w14:paraId="69AFC95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FD8E97A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81E715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8ACA79" w14:textId="77777777" w:rsidR="00116924" w:rsidRDefault="00000000">
            <w:pPr>
              <w:spacing w:after="0"/>
            </w:pPr>
            <w:r>
              <w:rPr>
                <w:sz w:val="19"/>
              </w:rPr>
              <w:t>S4 同时高亮 L08 与 L09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886667D" w14:textId="77777777" w:rsidR="00116924" w:rsidRDefault="00000000">
            <w:pPr>
              <w:spacing w:after="0"/>
            </w:pPr>
            <w:r>
              <w:rPr>
                <w:sz w:val="19"/>
              </w:rPr>
              <w:t>S4 同时高亮 L08 与 L09。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7169DC7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CS日志；A17</w:t>
            </w:r>
          </w:p>
        </w:tc>
      </w:tr>
      <w:tr w:rsidR="00116924" w14:paraId="43B4024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7CCC81C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6258D0D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9A0EC04" w14:textId="77777777" w:rsidR="00116924" w:rsidRDefault="00000000">
            <w:pPr>
              <w:spacing w:after="0"/>
            </w:pPr>
            <w:r>
              <w:rPr>
                <w:sz w:val="19"/>
              </w:rPr>
              <w:t>S4 已执行为 2,3,7,8,9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8B0315" w14:textId="77777777" w:rsidR="00116924" w:rsidRDefault="00000000">
            <w:pPr>
              <w:spacing w:after="0"/>
            </w:pPr>
            <w:r>
              <w:rPr>
                <w:sz w:val="19"/>
              </w:rPr>
              <w:t>S4 已执行为 2,3,7,8,9。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9022E3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CS日志；A18</w:t>
            </w:r>
          </w:p>
        </w:tc>
      </w:tr>
    </w:tbl>
    <w:p w14:paraId="6BC7E86E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4</w:t>
      </w:r>
    </w:p>
    <w:p w14:paraId="6F2CBC38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20D5DA41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23D9EB7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FE9B63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29BF4B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06E7F8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FDDB61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06081B0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22A410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A19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6FCD959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2AF582" w14:textId="77777777" w:rsidR="00116924" w:rsidRDefault="00000000">
            <w:pPr>
              <w:spacing w:after="0"/>
            </w:pPr>
            <w:r>
              <w:rPr>
                <w:sz w:val="19"/>
              </w:rPr>
              <w:t>S5 只高亮 L08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1975AF" w14:textId="77777777" w:rsidR="00116924" w:rsidRDefault="00000000">
            <w:pPr>
              <w:spacing w:after="0"/>
            </w:pPr>
            <w:r>
              <w:rPr>
                <w:sz w:val="19"/>
              </w:rPr>
              <w:t>S5 只高亮 L08。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FC4A55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CS日志；A19</w:t>
            </w:r>
          </w:p>
        </w:tc>
      </w:tr>
      <w:tr w:rsidR="00116924" w14:paraId="6DAAFEA6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01B14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FA2963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71290D6" w14:textId="77777777" w:rsidR="00116924" w:rsidRDefault="00000000">
            <w:pPr>
              <w:spacing w:after="0"/>
            </w:pPr>
            <w:r>
              <w:rPr>
                <w:sz w:val="19"/>
              </w:rPr>
              <w:t>S5 中 L09 仍属于已执行（min(active) 推断会错判）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E4B293A" w14:textId="77777777" w:rsidR="00116924" w:rsidRDefault="00000000">
            <w:pPr>
              <w:spacing w:after="0"/>
            </w:pPr>
            <w:r>
              <w:rPr>
                <w:sz w:val="19"/>
              </w:rPr>
              <w:t>S5 中 L09 仍属于已执行（min(active) 推断会错判）。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479547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CS日志；A20</w:t>
            </w:r>
          </w:p>
        </w:tc>
      </w:tr>
      <w:tr w:rsidR="00116924" w14:paraId="39B3B3D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3F80BD5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DEAC903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32E61BD" w14:textId="77777777" w:rsidR="00116924" w:rsidRDefault="00000000">
            <w:pPr>
              <w:spacing w:after="0"/>
            </w:pPr>
            <w:r>
              <w:rPr>
                <w:sz w:val="19"/>
              </w:rPr>
              <w:t>S5 中 L08 执行次数为 2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5686E00" w14:textId="77777777" w:rsidR="00116924" w:rsidRDefault="00000000">
            <w:pPr>
              <w:spacing w:after="0"/>
            </w:pPr>
            <w:r>
              <w:rPr>
                <w:sz w:val="19"/>
              </w:rPr>
              <w:t>S5 中 L08 执行次数为 2。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2509D6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CS日志；A21</w:t>
            </w:r>
          </w:p>
        </w:tc>
      </w:tr>
      <w:tr w:rsidR="00116924" w14:paraId="50FEF9CB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E06174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AB76A57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9774EE4" w14:textId="77777777" w:rsidR="00116924" w:rsidRDefault="00000000">
            <w:pPr>
              <w:spacing w:after="0"/>
            </w:pPr>
            <w:r>
              <w:rPr>
                <w:sz w:val="19"/>
              </w:rPr>
              <w:t>S5 中 L09 执行次数为 1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1A5F04" w14:textId="77777777" w:rsidR="00116924" w:rsidRDefault="00000000">
            <w:pPr>
              <w:spacing w:after="0"/>
            </w:pPr>
            <w:r>
              <w:rPr>
                <w:sz w:val="19"/>
              </w:rPr>
              <w:t>S5 中 L09 执行次数为 1。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BBBDC4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CS日志；A22</w:t>
            </w:r>
          </w:p>
        </w:tc>
      </w:tr>
      <w:tr w:rsidR="00116924" w14:paraId="4B9D223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C1C4B3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A3ECB5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BCA1E4" w14:textId="77777777" w:rsidR="00116924" w:rsidRDefault="00000000">
            <w:pPr>
              <w:spacing w:after="0"/>
            </w:pPr>
            <w:r>
              <w:rPr>
                <w:sz w:val="19"/>
              </w:rPr>
              <w:t>最后一步已执行集合覆盖 2,3,7,8,9,12,13,14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29B5BE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最后一步已执行集合覆盖 2,3,7,8,9,12,13,14。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D218FF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CS日志；A23</w:t>
            </w:r>
          </w:p>
        </w:tc>
      </w:tr>
      <w:tr w:rsidR="00116924" w14:paraId="165B02A5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63775BE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ACF654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E72DB78" w14:textId="77777777" w:rsidR="00116924" w:rsidRDefault="00000000">
            <w:pPr>
              <w:spacing w:after="0"/>
            </w:pPr>
            <w:r>
              <w:rPr>
                <w:sz w:val="19"/>
              </w:rPr>
              <w:t>黄金样例从未执行 L01/L10/L11</w:t>
            </w:r>
            <w:r>
              <w:rPr>
                <w:sz w:val="19"/>
              </w:rPr>
              <w:br/>
              <w:t>执行原脚本 ok 断言；计算对应步骤的 active、done 或 counts。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5A544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黄金样例从未执行 L01/L10/L11。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F5EE3E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CS日志；A24</w:t>
            </w:r>
          </w:p>
        </w:tc>
      </w:tr>
    </w:tbl>
    <w:p w14:paraId="3C813DF9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5</w:t>
      </w:r>
    </w:p>
    <w:p w14:paraId="45333E9E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45A39FE8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9F5FFF9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D69E5B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29EC41E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FD6B1E7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A73C042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0B472DC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13A71E8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A3096F7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51C58B9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边界[头插 pos = 0] 行号合法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8486A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边界[头插 pos = 0] 行号合法。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62D84A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CS日志；A25</w:t>
            </w:r>
          </w:p>
        </w:tc>
      </w:tr>
      <w:tr w:rsidR="00116924" w14:paraId="6F8120A3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4B2D6D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A26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EA04BA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BC413A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边界[头插 pos = 0] 有期望终态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C32134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边界[头插 pos = 0] 有期望终态。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1B6F1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CS日志；A26</w:t>
            </w:r>
          </w:p>
        </w:tc>
      </w:tr>
      <w:tr w:rsidR="00116924" w14:paraId="6887469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7CE0D44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A27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6DFD3E0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3D020F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边界[尾插 pos = n] 行号合法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28DE02D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边界</w:t>
            </w:r>
            <w:proofErr w:type="spellEnd"/>
            <w:r>
              <w:rPr>
                <w:sz w:val="19"/>
              </w:rPr>
              <w:t>[</w:t>
            </w:r>
            <w:proofErr w:type="spellStart"/>
            <w:r>
              <w:rPr>
                <w:sz w:val="19"/>
              </w:rPr>
              <w:t>尾插</w:t>
            </w:r>
            <w:proofErr w:type="spellEnd"/>
            <w:r>
              <w:rPr>
                <w:sz w:val="19"/>
              </w:rPr>
              <w:t xml:space="preserve"> pos = n] 行号合法。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DDF18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CS日志；A27</w:t>
            </w:r>
          </w:p>
        </w:tc>
      </w:tr>
      <w:tr w:rsidR="00116924" w14:paraId="2E493B3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8AD0A4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A28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170B27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B7C5E0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边界[尾插 pos = n] 有期望终态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30B6C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边界[尾插 pos = n] 有期望终态。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0E0773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CS日志；A28</w:t>
            </w:r>
          </w:p>
        </w:tc>
      </w:tr>
      <w:tr w:rsidR="00116924" w14:paraId="28F87E52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A70769B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A29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82EDCD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4E9B4F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边界[空表 head = NIL] 行号合法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4D0BD0E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边界</w:t>
            </w:r>
            <w:proofErr w:type="spellEnd"/>
            <w:r>
              <w:rPr>
                <w:sz w:val="19"/>
              </w:rPr>
              <w:t>[</w:t>
            </w:r>
            <w:proofErr w:type="spellStart"/>
            <w:r>
              <w:rPr>
                <w:sz w:val="19"/>
              </w:rPr>
              <w:t>空表</w:t>
            </w:r>
            <w:proofErr w:type="spellEnd"/>
            <w:r>
              <w:rPr>
                <w:sz w:val="19"/>
              </w:rPr>
              <w:t xml:space="preserve"> head = NIL] 行号合法。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6F17A9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CS日志；A29</w:t>
            </w:r>
          </w:p>
        </w:tc>
      </w:tr>
      <w:tr w:rsidR="00116924" w14:paraId="6486C6F9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12E1AF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A30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F68E4DE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62100E1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边界[空表 head = NIL] 有期望终态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B2B5E41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边界</w:t>
            </w:r>
            <w:proofErr w:type="spellEnd"/>
            <w:r>
              <w:rPr>
                <w:sz w:val="19"/>
              </w:rPr>
              <w:t>[</w:t>
            </w:r>
            <w:proofErr w:type="spellStart"/>
            <w:r>
              <w:rPr>
                <w:sz w:val="19"/>
              </w:rPr>
              <w:t>空表</w:t>
            </w:r>
            <w:proofErr w:type="spellEnd"/>
            <w:r>
              <w:rPr>
                <w:sz w:val="19"/>
              </w:rPr>
              <w:t xml:space="preserve"> head = NIL] 有期望终态。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9CBA50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CS日志；A30</w:t>
            </w:r>
          </w:p>
        </w:tc>
      </w:tr>
    </w:tbl>
    <w:p w14:paraId="218C1899" w14:textId="77777777" w:rsidR="00116924" w:rsidRDefault="00000000">
      <w:pPr>
        <w:pStyle w:val="1"/>
        <w:pageBreakBefore/>
        <w:rPr>
          <w:lang w:eastAsia="zh-CN"/>
        </w:rPr>
      </w:pPr>
      <w:r>
        <w:rPr>
          <w:lang w:eastAsia="zh-CN"/>
        </w:rPr>
        <w:lastRenderedPageBreak/>
        <w:t>原有代码同步自测断言</w:t>
      </w:r>
      <w:r>
        <w:rPr>
          <w:lang w:eastAsia="zh-CN"/>
        </w:rPr>
        <w:t xml:space="preserve"> 6</w:t>
      </w:r>
    </w:p>
    <w:p w14:paraId="16986CC4" w14:textId="77777777" w:rsidR="00116924" w:rsidRDefault="00000000">
      <w:r>
        <w:t>实际执行记录。P日志／CS日志／QA日志／浏览器日志对应reports中的baseline-playback.tap／baseline-code-sync.log／qa.tap／browser.log。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587"/>
        <w:gridCol w:w="5216"/>
        <w:gridCol w:w="3798"/>
        <w:gridCol w:w="3402"/>
      </w:tblGrid>
      <w:tr w:rsidR="00116924" w14:paraId="542C5355" w14:textId="77777777">
        <w:trPr>
          <w:cantSplit/>
          <w:tblHeader/>
          <w:jc w:val="center"/>
        </w:trPr>
        <w:tc>
          <w:tcPr>
            <w:tcW w:w="1020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091641B" w14:textId="77777777" w:rsidR="00116924" w:rsidRDefault="00000000">
            <w:pPr>
              <w:spacing w:after="0"/>
              <w:jc w:val="center"/>
            </w:pPr>
            <w:r>
              <w:rPr>
                <w:b/>
                <w:sz w:val="19"/>
              </w:rPr>
              <w:t>用例编号</w:t>
            </w:r>
          </w:p>
        </w:tc>
        <w:tc>
          <w:tcPr>
            <w:tcW w:w="1587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4BA55E6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所属模块</w:t>
            </w:r>
          </w:p>
        </w:tc>
        <w:tc>
          <w:tcPr>
            <w:tcW w:w="5216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7E1638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测试步骤</w:t>
            </w:r>
          </w:p>
        </w:tc>
        <w:tc>
          <w:tcPr>
            <w:tcW w:w="3798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F274EFD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预期结果</w:t>
            </w:r>
          </w:p>
        </w:tc>
        <w:tc>
          <w:tcPr>
            <w:tcW w:w="3402" w:type="dxa"/>
            <w:shd w:val="clear" w:color="auto" w:fill="F0F2F4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20E2849" w14:textId="77777777" w:rsidR="00116924" w:rsidRDefault="00000000">
            <w:pPr>
              <w:spacing w:after="0"/>
            </w:pPr>
            <w:r>
              <w:rPr>
                <w:b/>
                <w:sz w:val="19"/>
              </w:rPr>
              <w:t>实际结果</w:t>
            </w:r>
          </w:p>
        </w:tc>
      </w:tr>
      <w:tr w:rsidR="00116924" w14:paraId="2F34DF00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385C36A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A31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DA683A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816CA0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边界[越界 pos &gt; n] 行号合法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D517FAE" w14:textId="77777777" w:rsidR="00116924" w:rsidRDefault="00000000">
            <w:pPr>
              <w:spacing w:after="0"/>
            </w:pPr>
            <w:proofErr w:type="spellStart"/>
            <w:r>
              <w:rPr>
                <w:sz w:val="19"/>
              </w:rPr>
              <w:t>边界</w:t>
            </w:r>
            <w:proofErr w:type="spellEnd"/>
            <w:r>
              <w:rPr>
                <w:sz w:val="19"/>
              </w:rPr>
              <w:t>[</w:t>
            </w:r>
            <w:proofErr w:type="spellStart"/>
            <w:r>
              <w:rPr>
                <w:sz w:val="19"/>
              </w:rPr>
              <w:t>越界</w:t>
            </w:r>
            <w:proofErr w:type="spellEnd"/>
            <w:r>
              <w:rPr>
                <w:sz w:val="19"/>
              </w:rPr>
              <w:t xml:space="preserve"> pos &gt; n] 行号合法。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A9C09E8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CS日志；A31</w:t>
            </w:r>
          </w:p>
        </w:tc>
      </w:tr>
      <w:tr w:rsidR="00116924" w14:paraId="022C1DC8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A5BD50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A32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09033A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4CDA80F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边界[越界 pos &gt; n] 有期望终态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0B4EEB6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边界[越界 pos &gt; n] 有期望终态。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8369CD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CS日志；A32</w:t>
            </w:r>
          </w:p>
        </w:tc>
      </w:tr>
      <w:tr w:rsidR="00116924" w14:paraId="57A9789F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17F392D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A33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8C1640B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E27CBB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头插走 L04/L05 且不经过 L12/L13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C01863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头插走 L04/L05 且不经过 L12/L13。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F7431DA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CS日志；A33</w:t>
            </w:r>
          </w:p>
        </w:tc>
      </w:tr>
      <w:tr w:rsidR="00116924" w14:paraId="443B707C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85527E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A34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4BA605F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D1009FB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尾插（pos=3）循环体执行 3 次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4B5BCA7C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尾插（pos=3）循环体执行 3 次。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1B73CAE5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CS日志；A34</w:t>
            </w:r>
          </w:p>
        </w:tc>
      </w:tr>
      <w:tr w:rsidR="00116924" w14:paraId="2F80532E" w14:textId="77777777">
        <w:trPr>
          <w:cantSplit/>
          <w:jc w:val="center"/>
        </w:trPr>
        <w:tc>
          <w:tcPr>
            <w:tcW w:w="1020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37570EDA" w14:textId="77777777" w:rsidR="00116924" w:rsidRDefault="00000000">
            <w:pPr>
              <w:spacing w:after="0"/>
              <w:jc w:val="center"/>
            </w:pPr>
            <w:r>
              <w:rPr>
                <w:sz w:val="19"/>
              </w:rPr>
              <w:t>A35</w:t>
            </w:r>
          </w:p>
        </w:tc>
        <w:tc>
          <w:tcPr>
            <w:tcW w:w="1587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21E197D1" w14:textId="77777777" w:rsidR="00116924" w:rsidRDefault="00000000">
            <w:pPr>
              <w:spacing w:after="0"/>
            </w:pPr>
            <w:r>
              <w:rPr>
                <w:sz w:val="19"/>
              </w:rPr>
              <w:t>代码同步</w:t>
            </w:r>
            <w:r>
              <w:rPr>
                <w:sz w:val="19"/>
              </w:rPr>
              <w:br/>
              <w:t>原有断言</w:t>
            </w:r>
          </w:p>
        </w:tc>
        <w:tc>
          <w:tcPr>
            <w:tcW w:w="5216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689DF80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越界场景以 L11 收尾且改指针行为 0</w:t>
            </w:r>
            <w:r>
              <w:rPr>
                <w:sz w:val="19"/>
                <w:lang w:eastAsia="zh-CN"/>
              </w:rPr>
              <w:br/>
              <w:t>执行原脚本 ok 断言；读取边界 Mock 的行序列或预期终态元数据。</w:t>
            </w:r>
          </w:p>
        </w:tc>
        <w:tc>
          <w:tcPr>
            <w:tcW w:w="3798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25022A4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越界场景以 L11 收尾且改指针行为 0。</w:t>
            </w:r>
          </w:p>
        </w:tc>
        <w:tc>
          <w:tcPr>
            <w:tcW w:w="3402" w:type="dxa"/>
            <w:shd w:val="clear" w:color="auto" w:fill="FFFFFF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74DD20E" w14:textId="77777777" w:rsidR="00116924" w:rsidRDefault="00000000">
            <w:pPr>
              <w:spacing w:after="0"/>
              <w:rPr>
                <w:lang w:eastAsia="zh-CN"/>
              </w:rPr>
            </w:pPr>
            <w:r>
              <w:rPr>
                <w:sz w:val="19"/>
                <w:lang w:eastAsia="zh-CN"/>
              </w:rPr>
              <w:t>通过；断言成立。</w:t>
            </w:r>
            <w:r>
              <w:rPr>
                <w:sz w:val="19"/>
                <w:lang w:eastAsia="zh-CN"/>
              </w:rPr>
              <w:br/>
              <w:t>CS日志；A35</w:t>
            </w:r>
          </w:p>
        </w:tc>
      </w:tr>
    </w:tbl>
    <w:p w14:paraId="6903DB5C" w14:textId="77777777" w:rsidR="006077C5" w:rsidRDefault="006077C5">
      <w:pPr>
        <w:rPr>
          <w:lang w:eastAsia="zh-CN"/>
        </w:rPr>
      </w:pPr>
    </w:p>
    <w:sectPr w:rsidR="006077C5" w:rsidSect="00034616">
      <w:footerReference w:type="default" r:id="rId8"/>
      <w:pgSz w:w="16838" w:h="11906"/>
      <w:pgMar w:top="794" w:right="907" w:bottom="794" w:left="907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4BDEE" w14:textId="77777777" w:rsidR="006077C5" w:rsidRDefault="006077C5">
      <w:pPr>
        <w:spacing w:after="0" w:line="240" w:lineRule="auto"/>
      </w:pPr>
      <w:r>
        <w:separator/>
      </w:r>
    </w:p>
  </w:endnote>
  <w:endnote w:type="continuationSeparator" w:id="0">
    <w:p w14:paraId="76A61A34" w14:textId="77777777" w:rsidR="006077C5" w:rsidRDefault="0060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534BD" w14:textId="77777777" w:rsidR="00116924" w:rsidRDefault="00000000">
    <w:pPr>
      <w:pStyle w:val="a7"/>
      <w:jc w:val="center"/>
    </w:pPr>
    <w:r>
      <w:rPr>
        <w:sz w:val="16"/>
      </w:rPr>
      <w:t xml:space="preserve">第 </w:t>
    </w:r>
    <w:r>
      <w:fldChar w:fldCharType="begin"/>
    </w:r>
    <w:r>
      <w:instrText>PAGE</w:instrText>
    </w:r>
    <w:r>
      <w:fldChar w:fldCharType="separate"/>
    </w:r>
    <w:r w:rsidR="00931953">
      <w:rPr>
        <w:rFonts w:hint="eastAsia"/>
        <w:noProof/>
      </w:rPr>
      <w:t>1</w:t>
    </w:r>
    <w:r>
      <w:fldChar w:fldCharType="end"/>
    </w:r>
    <w:r>
      <w:rPr>
        <w:sz w:val="16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714F" w14:textId="77777777" w:rsidR="006077C5" w:rsidRDefault="006077C5">
      <w:pPr>
        <w:spacing w:after="0" w:line="240" w:lineRule="auto"/>
      </w:pPr>
      <w:r>
        <w:separator/>
      </w:r>
    </w:p>
  </w:footnote>
  <w:footnote w:type="continuationSeparator" w:id="0">
    <w:p w14:paraId="583E0CC2" w14:textId="77777777" w:rsidR="006077C5" w:rsidRDefault="00607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6021885">
    <w:abstractNumId w:val="8"/>
  </w:num>
  <w:num w:numId="2" w16cid:durableId="34549710">
    <w:abstractNumId w:val="6"/>
  </w:num>
  <w:num w:numId="3" w16cid:durableId="402724955">
    <w:abstractNumId w:val="5"/>
  </w:num>
  <w:num w:numId="4" w16cid:durableId="513568493">
    <w:abstractNumId w:val="4"/>
  </w:num>
  <w:num w:numId="5" w16cid:durableId="1822850428">
    <w:abstractNumId w:val="7"/>
  </w:num>
  <w:num w:numId="6" w16cid:durableId="776948794">
    <w:abstractNumId w:val="3"/>
  </w:num>
  <w:num w:numId="7" w16cid:durableId="562253240">
    <w:abstractNumId w:val="2"/>
  </w:num>
  <w:num w:numId="8" w16cid:durableId="556012911">
    <w:abstractNumId w:val="1"/>
  </w:num>
  <w:num w:numId="9" w16cid:durableId="26380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924"/>
    <w:rsid w:val="0015074B"/>
    <w:rsid w:val="0029639D"/>
    <w:rsid w:val="00326F90"/>
    <w:rsid w:val="006077C5"/>
    <w:rsid w:val="00931953"/>
    <w:rsid w:val="00AA1D8D"/>
    <w:rsid w:val="00B47730"/>
    <w:rsid w:val="00CB0664"/>
    <w:rsid w:val="00F447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7A482"/>
  <w14:defaultImageDpi w14:val="300"/>
  <w15:docId w15:val="{5143D272-ED18-4688-8C31-34E711E6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微软雅黑" w:eastAsia="微软雅黑" w:hAnsi="微软雅黑"/>
      <w:color w:val="00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4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6383</Words>
  <Characters>10150</Characters>
  <Application>Microsoft Office Word</Application>
  <DocSecurity>0</DocSecurity>
  <Lines>780</Lines>
  <Paragraphs>751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林俊杰 Day2 测试报告</dc:title>
  <dc:subject>现有播放控制与代码同步模块实际测试</dc:subject>
  <dc:creator>林俊杰</dc:creator>
  <cp:keywords/>
  <dc:description/>
  <cp:lastModifiedBy>Junjie Lin</cp:lastModifiedBy>
  <cp:revision>2</cp:revision>
  <dcterms:created xsi:type="dcterms:W3CDTF">2013-12-23T23:15:00Z</dcterms:created>
  <dcterms:modified xsi:type="dcterms:W3CDTF">2026-10-24T18:46:00Z</dcterms:modified>
  <cp:category/>
</cp:coreProperties>
</file>